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DD922" w14:textId="77777777" w:rsidR="005A512E" w:rsidRDefault="00357B7C">
      <w:pPr>
        <w:jc w:val="center"/>
      </w:pPr>
      <w:r>
        <w:rPr>
          <w:b/>
          <w:sz w:val="30"/>
        </w:rPr>
        <w:t>DAV NATIONAL SPORTS</w:t>
      </w:r>
      <w:r>
        <w:rPr>
          <w:b/>
          <w:sz w:val="30"/>
        </w:rPr>
        <w:br/>
        <w:t>ZONAL LEVEL 2026–27</w:t>
      </w:r>
      <w:r>
        <w:rPr>
          <w:b/>
          <w:sz w:val="30"/>
        </w:rPr>
        <w:br/>
        <w:t>MEDAL TALLY</w:t>
      </w:r>
    </w:p>
    <w:p w14:paraId="61AFA360" w14:textId="77777777" w:rsidR="005A512E" w:rsidRDefault="00357B7C">
      <w:pPr>
        <w:jc w:val="center"/>
      </w:pPr>
      <w:r>
        <w:rPr>
          <w:b/>
        </w:rPr>
        <w:t>DAV Public School, SECL Gevra Project, District Korba</w:t>
      </w:r>
    </w:p>
    <w:p w14:paraId="2A1B724B" w14:textId="77777777" w:rsidR="005A512E" w:rsidRDefault="00357B7C">
      <w:pPr>
        <w:jc w:val="center"/>
      </w:pPr>
      <w:r>
        <w:rPr>
          <w:b/>
          <w:sz w:val="24"/>
        </w:rPr>
        <w:t>U-14 Age Category</w:t>
      </w:r>
    </w:p>
    <w:p w14:paraId="79FC679B" w14:textId="77777777" w:rsidR="005A512E" w:rsidRDefault="00357B7C">
      <w:pPr>
        <w:jc w:val="center"/>
      </w:pPr>
      <w:r>
        <w:rPr>
          <w:b/>
        </w:rPr>
        <w:t>Individual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6CA76296" w14:textId="77777777" w:rsidTr="00E532F8">
        <w:trPr>
          <w:jc w:val="center"/>
        </w:trPr>
        <w:tc>
          <w:tcPr>
            <w:tcW w:w="900" w:type="dxa"/>
          </w:tcPr>
          <w:p w14:paraId="631FA6A2" w14:textId="77777777" w:rsidR="005A512E" w:rsidRDefault="00357B7C" w:rsidP="003D3131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50488279" w14:textId="77777777" w:rsidR="005A512E" w:rsidRDefault="00357B7C">
            <w:r>
              <w:rPr>
                <w:b/>
              </w:rPr>
              <w:t>Student</w:t>
            </w:r>
          </w:p>
        </w:tc>
        <w:tc>
          <w:tcPr>
            <w:tcW w:w="3240" w:type="dxa"/>
          </w:tcPr>
          <w:p w14:paraId="08C22BD6" w14:textId="77777777" w:rsidR="005A512E" w:rsidRDefault="00357B7C">
            <w:r>
              <w:rPr>
                <w:b/>
              </w:rPr>
              <w:t>Event / Weight Category</w:t>
            </w:r>
          </w:p>
        </w:tc>
        <w:tc>
          <w:tcPr>
            <w:tcW w:w="2700" w:type="dxa"/>
          </w:tcPr>
          <w:p w14:paraId="1C1855FC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04E66E77" w14:textId="77777777" w:rsidTr="00E532F8">
        <w:trPr>
          <w:jc w:val="center"/>
        </w:trPr>
        <w:tc>
          <w:tcPr>
            <w:tcW w:w="900" w:type="dxa"/>
            <w:vAlign w:val="center"/>
          </w:tcPr>
          <w:p w14:paraId="6C7DFD9D" w14:textId="77777777" w:rsidR="005A512E" w:rsidRDefault="00357B7C" w:rsidP="003D3131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38776A3E" w14:textId="77777777" w:rsidR="005A512E" w:rsidRDefault="00357B7C">
            <w:r>
              <w:t>Moksh Patel</w:t>
            </w:r>
          </w:p>
        </w:tc>
        <w:tc>
          <w:tcPr>
            <w:tcW w:w="3240" w:type="dxa"/>
            <w:vAlign w:val="center"/>
          </w:tcPr>
          <w:p w14:paraId="5833B040" w14:textId="77777777" w:rsidR="005A512E" w:rsidRDefault="00357B7C">
            <w:r>
              <w:t>800 m; 1500 m</w:t>
            </w:r>
          </w:p>
        </w:tc>
        <w:tc>
          <w:tcPr>
            <w:tcW w:w="2700" w:type="dxa"/>
            <w:vAlign w:val="center"/>
          </w:tcPr>
          <w:p w14:paraId="51FD7E63" w14:textId="77777777" w:rsidR="005A512E" w:rsidRDefault="00357B7C">
            <w:r>
              <w:t>🥇 Gold; 🥇 Gold</w:t>
            </w:r>
          </w:p>
        </w:tc>
      </w:tr>
      <w:tr w:rsidR="005A512E" w14:paraId="4E18AFF5" w14:textId="77777777" w:rsidTr="00E532F8">
        <w:trPr>
          <w:jc w:val="center"/>
        </w:trPr>
        <w:tc>
          <w:tcPr>
            <w:tcW w:w="900" w:type="dxa"/>
            <w:vAlign w:val="center"/>
          </w:tcPr>
          <w:p w14:paraId="17287E2F" w14:textId="77777777" w:rsidR="005A512E" w:rsidRDefault="00357B7C" w:rsidP="003D3131">
            <w:pPr>
              <w:jc w:val="center"/>
            </w:pPr>
            <w:r>
              <w:t>2</w:t>
            </w:r>
          </w:p>
        </w:tc>
        <w:tc>
          <w:tcPr>
            <w:tcW w:w="3960" w:type="dxa"/>
            <w:vAlign w:val="center"/>
          </w:tcPr>
          <w:p w14:paraId="077D9856" w14:textId="77777777" w:rsidR="005A512E" w:rsidRDefault="00357B7C">
            <w:r>
              <w:t>Surya Borse</w:t>
            </w:r>
          </w:p>
        </w:tc>
        <w:tc>
          <w:tcPr>
            <w:tcW w:w="3240" w:type="dxa"/>
            <w:vAlign w:val="center"/>
          </w:tcPr>
          <w:p w14:paraId="7849C4C0" w14:textId="77777777" w:rsidR="005A512E" w:rsidRDefault="00357B7C">
            <w:r>
              <w:t>Discus Throw</w:t>
            </w:r>
          </w:p>
        </w:tc>
        <w:tc>
          <w:tcPr>
            <w:tcW w:w="2700" w:type="dxa"/>
            <w:vAlign w:val="center"/>
          </w:tcPr>
          <w:p w14:paraId="410DEBB7" w14:textId="77777777" w:rsidR="005A512E" w:rsidRDefault="00357B7C">
            <w:r>
              <w:t>🥇 Gold</w:t>
            </w:r>
          </w:p>
        </w:tc>
      </w:tr>
      <w:tr w:rsidR="005A512E" w14:paraId="1C101661" w14:textId="77777777" w:rsidTr="00E532F8">
        <w:trPr>
          <w:jc w:val="center"/>
        </w:trPr>
        <w:tc>
          <w:tcPr>
            <w:tcW w:w="900" w:type="dxa"/>
            <w:vAlign w:val="center"/>
          </w:tcPr>
          <w:p w14:paraId="24233A19" w14:textId="77777777" w:rsidR="005A512E" w:rsidRDefault="00357B7C" w:rsidP="003D3131">
            <w:pPr>
              <w:jc w:val="center"/>
            </w:pPr>
            <w:r>
              <w:t>3</w:t>
            </w:r>
          </w:p>
        </w:tc>
        <w:tc>
          <w:tcPr>
            <w:tcW w:w="3960" w:type="dxa"/>
            <w:vAlign w:val="center"/>
          </w:tcPr>
          <w:p w14:paraId="7678A0BA" w14:textId="77777777" w:rsidR="005A512E" w:rsidRDefault="00357B7C">
            <w:r>
              <w:t>Saksham Sharaf</w:t>
            </w:r>
          </w:p>
        </w:tc>
        <w:tc>
          <w:tcPr>
            <w:tcW w:w="3240" w:type="dxa"/>
            <w:vAlign w:val="center"/>
          </w:tcPr>
          <w:p w14:paraId="0CBB02FF" w14:textId="77777777" w:rsidR="005A512E" w:rsidRDefault="00357B7C">
            <w:r>
              <w:t>Taekwondo — Above 41 kg</w:t>
            </w:r>
          </w:p>
        </w:tc>
        <w:tc>
          <w:tcPr>
            <w:tcW w:w="2700" w:type="dxa"/>
            <w:vAlign w:val="center"/>
          </w:tcPr>
          <w:p w14:paraId="7D6EBB30" w14:textId="77777777" w:rsidR="005A512E" w:rsidRDefault="00357B7C">
            <w:r>
              <w:t>🥇 Gold</w:t>
            </w:r>
          </w:p>
        </w:tc>
      </w:tr>
      <w:tr w:rsidR="005A512E" w14:paraId="52427D63" w14:textId="77777777" w:rsidTr="00E532F8">
        <w:trPr>
          <w:jc w:val="center"/>
        </w:trPr>
        <w:tc>
          <w:tcPr>
            <w:tcW w:w="900" w:type="dxa"/>
            <w:vAlign w:val="center"/>
          </w:tcPr>
          <w:p w14:paraId="3037371E" w14:textId="77777777" w:rsidR="005A512E" w:rsidRDefault="00357B7C" w:rsidP="003D3131">
            <w:pPr>
              <w:jc w:val="center"/>
            </w:pPr>
            <w:r>
              <w:t>4</w:t>
            </w:r>
          </w:p>
        </w:tc>
        <w:tc>
          <w:tcPr>
            <w:tcW w:w="3960" w:type="dxa"/>
            <w:vAlign w:val="center"/>
          </w:tcPr>
          <w:p w14:paraId="514A565C" w14:textId="77777777" w:rsidR="005A512E" w:rsidRDefault="00357B7C">
            <w:r>
              <w:t>Sanvi Phogat</w:t>
            </w:r>
          </w:p>
        </w:tc>
        <w:tc>
          <w:tcPr>
            <w:tcW w:w="3240" w:type="dxa"/>
            <w:vAlign w:val="center"/>
          </w:tcPr>
          <w:p w14:paraId="2BDFE6CF" w14:textId="77777777" w:rsidR="005A512E" w:rsidRDefault="00357B7C">
            <w:r>
              <w:t>400 m; 200 m</w:t>
            </w:r>
          </w:p>
        </w:tc>
        <w:tc>
          <w:tcPr>
            <w:tcW w:w="2700" w:type="dxa"/>
            <w:vAlign w:val="center"/>
          </w:tcPr>
          <w:p w14:paraId="47A64F71" w14:textId="77777777" w:rsidR="005A512E" w:rsidRDefault="00357B7C">
            <w:r>
              <w:t>🥇 Gold; 🥈 Silver</w:t>
            </w:r>
          </w:p>
        </w:tc>
      </w:tr>
      <w:tr w:rsidR="005A512E" w14:paraId="18D96838" w14:textId="77777777" w:rsidTr="00E532F8">
        <w:trPr>
          <w:jc w:val="center"/>
        </w:trPr>
        <w:tc>
          <w:tcPr>
            <w:tcW w:w="900" w:type="dxa"/>
            <w:vAlign w:val="center"/>
          </w:tcPr>
          <w:p w14:paraId="5BD128E9" w14:textId="77777777" w:rsidR="005A512E" w:rsidRDefault="00357B7C" w:rsidP="003D3131">
            <w:pPr>
              <w:jc w:val="center"/>
            </w:pPr>
            <w:r>
              <w:t>5</w:t>
            </w:r>
          </w:p>
        </w:tc>
        <w:tc>
          <w:tcPr>
            <w:tcW w:w="3960" w:type="dxa"/>
            <w:vAlign w:val="center"/>
          </w:tcPr>
          <w:p w14:paraId="021B6CB5" w14:textId="77777777" w:rsidR="005A512E" w:rsidRDefault="00357B7C">
            <w:r>
              <w:t>Manogna</w:t>
            </w:r>
          </w:p>
        </w:tc>
        <w:tc>
          <w:tcPr>
            <w:tcW w:w="3240" w:type="dxa"/>
            <w:vAlign w:val="center"/>
          </w:tcPr>
          <w:p w14:paraId="71260B1B" w14:textId="77777777" w:rsidR="005A512E" w:rsidRDefault="00357B7C">
            <w:r>
              <w:t>1000 m Skating; 500 m Skating</w:t>
            </w:r>
          </w:p>
        </w:tc>
        <w:tc>
          <w:tcPr>
            <w:tcW w:w="2700" w:type="dxa"/>
            <w:vAlign w:val="center"/>
          </w:tcPr>
          <w:p w14:paraId="5B850338" w14:textId="77777777" w:rsidR="005A512E" w:rsidRDefault="00357B7C">
            <w:r>
              <w:t>🥈 Silver; 🥈 Silver</w:t>
            </w:r>
          </w:p>
        </w:tc>
      </w:tr>
      <w:tr w:rsidR="005A512E" w14:paraId="2386B7C1" w14:textId="77777777" w:rsidTr="00E532F8">
        <w:trPr>
          <w:jc w:val="center"/>
        </w:trPr>
        <w:tc>
          <w:tcPr>
            <w:tcW w:w="900" w:type="dxa"/>
            <w:vAlign w:val="center"/>
          </w:tcPr>
          <w:p w14:paraId="677FDCE5" w14:textId="77777777" w:rsidR="005A512E" w:rsidRDefault="00357B7C" w:rsidP="003D3131">
            <w:pPr>
              <w:jc w:val="center"/>
            </w:pPr>
            <w:r>
              <w:t>6</w:t>
            </w:r>
          </w:p>
        </w:tc>
        <w:tc>
          <w:tcPr>
            <w:tcW w:w="3960" w:type="dxa"/>
            <w:vAlign w:val="center"/>
          </w:tcPr>
          <w:p w14:paraId="2F4A3202" w14:textId="77777777" w:rsidR="005A512E" w:rsidRDefault="00357B7C">
            <w:r>
              <w:t>Aksh Jaiswal</w:t>
            </w:r>
          </w:p>
        </w:tc>
        <w:tc>
          <w:tcPr>
            <w:tcW w:w="3240" w:type="dxa"/>
            <w:vAlign w:val="center"/>
          </w:tcPr>
          <w:p w14:paraId="4C6D3105" w14:textId="77777777" w:rsidR="005A512E" w:rsidRDefault="00357B7C">
            <w:r>
              <w:t>1000 m Skating</w:t>
            </w:r>
          </w:p>
        </w:tc>
        <w:tc>
          <w:tcPr>
            <w:tcW w:w="2700" w:type="dxa"/>
            <w:vAlign w:val="center"/>
          </w:tcPr>
          <w:p w14:paraId="13FE72CC" w14:textId="77777777" w:rsidR="005A512E" w:rsidRDefault="00357B7C">
            <w:r>
              <w:t>🥈 Silver</w:t>
            </w:r>
          </w:p>
        </w:tc>
      </w:tr>
      <w:tr w:rsidR="005A512E" w14:paraId="6EEF43F5" w14:textId="77777777" w:rsidTr="00E532F8">
        <w:trPr>
          <w:jc w:val="center"/>
        </w:trPr>
        <w:tc>
          <w:tcPr>
            <w:tcW w:w="900" w:type="dxa"/>
            <w:vAlign w:val="center"/>
          </w:tcPr>
          <w:p w14:paraId="02443112" w14:textId="77777777" w:rsidR="005A512E" w:rsidRDefault="00357B7C" w:rsidP="003D3131">
            <w:pPr>
              <w:jc w:val="center"/>
            </w:pPr>
            <w:r>
              <w:t>7</w:t>
            </w:r>
          </w:p>
        </w:tc>
        <w:tc>
          <w:tcPr>
            <w:tcW w:w="3960" w:type="dxa"/>
            <w:vAlign w:val="center"/>
          </w:tcPr>
          <w:p w14:paraId="0D1B3DBC" w14:textId="77777777" w:rsidR="005A512E" w:rsidRDefault="00357B7C">
            <w:r>
              <w:t>Srishti Kanwar</w:t>
            </w:r>
          </w:p>
        </w:tc>
        <w:tc>
          <w:tcPr>
            <w:tcW w:w="3240" w:type="dxa"/>
            <w:vAlign w:val="center"/>
          </w:tcPr>
          <w:p w14:paraId="691BFFA2" w14:textId="77777777" w:rsidR="005A512E" w:rsidRDefault="00357B7C">
            <w:r>
              <w:t>High Jump; Discus Throw</w:t>
            </w:r>
          </w:p>
        </w:tc>
        <w:tc>
          <w:tcPr>
            <w:tcW w:w="2700" w:type="dxa"/>
            <w:vAlign w:val="center"/>
          </w:tcPr>
          <w:p w14:paraId="722ACC5F" w14:textId="77777777" w:rsidR="005A512E" w:rsidRDefault="00357B7C">
            <w:r>
              <w:t>🥈 Silver; 🥉 Bronze</w:t>
            </w:r>
          </w:p>
        </w:tc>
      </w:tr>
      <w:tr w:rsidR="005A512E" w14:paraId="41A77E52" w14:textId="77777777" w:rsidTr="00E532F8">
        <w:trPr>
          <w:jc w:val="center"/>
        </w:trPr>
        <w:tc>
          <w:tcPr>
            <w:tcW w:w="900" w:type="dxa"/>
            <w:vAlign w:val="center"/>
          </w:tcPr>
          <w:p w14:paraId="6C0EFA20" w14:textId="77777777" w:rsidR="005A512E" w:rsidRDefault="00357B7C" w:rsidP="003D3131">
            <w:pPr>
              <w:jc w:val="center"/>
            </w:pPr>
            <w:r>
              <w:t>8</w:t>
            </w:r>
          </w:p>
        </w:tc>
        <w:tc>
          <w:tcPr>
            <w:tcW w:w="3960" w:type="dxa"/>
            <w:vAlign w:val="center"/>
          </w:tcPr>
          <w:p w14:paraId="159E7BAA" w14:textId="77777777" w:rsidR="005A512E" w:rsidRDefault="00357B7C">
            <w:r>
              <w:t>Palak</w:t>
            </w:r>
          </w:p>
        </w:tc>
        <w:tc>
          <w:tcPr>
            <w:tcW w:w="3240" w:type="dxa"/>
            <w:vAlign w:val="center"/>
          </w:tcPr>
          <w:p w14:paraId="7BFADABB" w14:textId="77777777" w:rsidR="005A512E" w:rsidRDefault="00357B7C">
            <w:r>
              <w:t>1500 m</w:t>
            </w:r>
          </w:p>
        </w:tc>
        <w:tc>
          <w:tcPr>
            <w:tcW w:w="2700" w:type="dxa"/>
            <w:vAlign w:val="center"/>
          </w:tcPr>
          <w:p w14:paraId="61A63E0E" w14:textId="77777777" w:rsidR="005A512E" w:rsidRDefault="00357B7C">
            <w:r>
              <w:t>🥈 Silver</w:t>
            </w:r>
          </w:p>
        </w:tc>
      </w:tr>
      <w:tr w:rsidR="00C404BE" w14:paraId="79654C30" w14:textId="77777777" w:rsidTr="00E532F8">
        <w:trPr>
          <w:jc w:val="center"/>
        </w:trPr>
        <w:tc>
          <w:tcPr>
            <w:tcW w:w="900" w:type="dxa"/>
            <w:vAlign w:val="center"/>
          </w:tcPr>
          <w:p w14:paraId="2795268A" w14:textId="3E28D5BC" w:rsidR="00C404BE" w:rsidRDefault="00C404BE" w:rsidP="003D3131">
            <w:pPr>
              <w:jc w:val="center"/>
            </w:pPr>
            <w:r>
              <w:t>9</w:t>
            </w:r>
          </w:p>
        </w:tc>
        <w:tc>
          <w:tcPr>
            <w:tcW w:w="3960" w:type="dxa"/>
            <w:vAlign w:val="center"/>
          </w:tcPr>
          <w:p w14:paraId="1FF43C59" w14:textId="5A077809" w:rsidR="00C404BE" w:rsidRDefault="00C404BE">
            <w:r>
              <w:t>A</w:t>
            </w:r>
            <w:r w:rsidR="003B7B38">
              <w:t>nushree</w:t>
            </w:r>
          </w:p>
        </w:tc>
        <w:tc>
          <w:tcPr>
            <w:tcW w:w="3240" w:type="dxa"/>
            <w:vAlign w:val="center"/>
          </w:tcPr>
          <w:p w14:paraId="77BBEF5B" w14:textId="5DBB5A39" w:rsidR="00C404BE" w:rsidRDefault="003B7B38">
            <w:r>
              <w:t>800 m</w:t>
            </w:r>
          </w:p>
        </w:tc>
        <w:tc>
          <w:tcPr>
            <w:tcW w:w="2700" w:type="dxa"/>
            <w:vAlign w:val="center"/>
          </w:tcPr>
          <w:p w14:paraId="7FDA6BC4" w14:textId="29D43DE5" w:rsidR="00C404BE" w:rsidRDefault="00C52196">
            <w:r>
              <w:t>🥉 Bronze</w:t>
            </w:r>
          </w:p>
        </w:tc>
      </w:tr>
      <w:tr w:rsidR="005A512E" w14:paraId="5D0DC5AD" w14:textId="77777777" w:rsidTr="00E532F8">
        <w:trPr>
          <w:jc w:val="center"/>
        </w:trPr>
        <w:tc>
          <w:tcPr>
            <w:tcW w:w="900" w:type="dxa"/>
            <w:vAlign w:val="center"/>
          </w:tcPr>
          <w:p w14:paraId="51A5E475" w14:textId="77777777" w:rsidR="005A512E" w:rsidRDefault="00357B7C" w:rsidP="003D3131">
            <w:pPr>
              <w:jc w:val="center"/>
            </w:pPr>
            <w:r>
              <w:t>9</w:t>
            </w:r>
          </w:p>
        </w:tc>
        <w:tc>
          <w:tcPr>
            <w:tcW w:w="3960" w:type="dxa"/>
            <w:vAlign w:val="center"/>
          </w:tcPr>
          <w:p w14:paraId="643A4015" w14:textId="77777777" w:rsidR="005A512E" w:rsidRDefault="00357B7C">
            <w:r>
              <w:t>Ankit</w:t>
            </w:r>
          </w:p>
        </w:tc>
        <w:tc>
          <w:tcPr>
            <w:tcW w:w="3240" w:type="dxa"/>
            <w:vAlign w:val="center"/>
          </w:tcPr>
          <w:p w14:paraId="29B94ED4" w14:textId="77777777" w:rsidR="005A512E" w:rsidRDefault="00357B7C">
            <w:r>
              <w:t>Long Jump</w:t>
            </w:r>
          </w:p>
        </w:tc>
        <w:tc>
          <w:tcPr>
            <w:tcW w:w="2700" w:type="dxa"/>
            <w:vAlign w:val="center"/>
          </w:tcPr>
          <w:p w14:paraId="4511F5C1" w14:textId="77777777" w:rsidR="005A512E" w:rsidRDefault="00357B7C">
            <w:r>
              <w:t>🥉 Bronze</w:t>
            </w:r>
          </w:p>
        </w:tc>
      </w:tr>
      <w:tr w:rsidR="005A512E" w14:paraId="0048C35C" w14:textId="77777777" w:rsidTr="00E532F8">
        <w:trPr>
          <w:jc w:val="center"/>
        </w:trPr>
        <w:tc>
          <w:tcPr>
            <w:tcW w:w="900" w:type="dxa"/>
            <w:vAlign w:val="center"/>
          </w:tcPr>
          <w:p w14:paraId="74657282" w14:textId="77777777" w:rsidR="005A512E" w:rsidRDefault="00357B7C" w:rsidP="003D3131">
            <w:pPr>
              <w:jc w:val="center"/>
            </w:pPr>
            <w:r>
              <w:t>10</w:t>
            </w:r>
          </w:p>
        </w:tc>
        <w:tc>
          <w:tcPr>
            <w:tcW w:w="3960" w:type="dxa"/>
            <w:vAlign w:val="center"/>
          </w:tcPr>
          <w:p w14:paraId="72E6DE4F" w14:textId="77777777" w:rsidR="005A512E" w:rsidRDefault="00357B7C">
            <w:r>
              <w:t>Prayag Kanwar</w:t>
            </w:r>
          </w:p>
        </w:tc>
        <w:tc>
          <w:tcPr>
            <w:tcW w:w="3240" w:type="dxa"/>
            <w:vAlign w:val="center"/>
          </w:tcPr>
          <w:p w14:paraId="1DEB6AEC" w14:textId="77777777" w:rsidR="005A512E" w:rsidRDefault="00357B7C">
            <w:r>
              <w:t>Triple Jump</w:t>
            </w:r>
          </w:p>
        </w:tc>
        <w:tc>
          <w:tcPr>
            <w:tcW w:w="2700" w:type="dxa"/>
            <w:vAlign w:val="center"/>
          </w:tcPr>
          <w:p w14:paraId="6B719AB3" w14:textId="77777777" w:rsidR="005A512E" w:rsidRDefault="00357B7C">
            <w:r>
              <w:t>🥉 Bronze</w:t>
            </w:r>
          </w:p>
        </w:tc>
      </w:tr>
    </w:tbl>
    <w:p w14:paraId="027B5D7E" w14:textId="77777777" w:rsidR="005A512E" w:rsidRDefault="00357B7C">
      <w:pPr>
        <w:jc w:val="center"/>
      </w:pPr>
      <w:r>
        <w:rPr>
          <w:b/>
        </w:rPr>
        <w:t>Team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1BA235B9" w14:textId="77777777" w:rsidTr="00E532F8">
        <w:trPr>
          <w:jc w:val="center"/>
        </w:trPr>
        <w:tc>
          <w:tcPr>
            <w:tcW w:w="900" w:type="dxa"/>
          </w:tcPr>
          <w:p w14:paraId="51BE5FAC" w14:textId="77777777" w:rsidR="005A512E" w:rsidRDefault="00357B7C" w:rsidP="003D3131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0F693AD8" w14:textId="77777777" w:rsidR="005A512E" w:rsidRDefault="00357B7C">
            <w:r>
              <w:rPr>
                <w:b/>
              </w:rPr>
              <w:t>Team / Event</w:t>
            </w:r>
          </w:p>
        </w:tc>
        <w:tc>
          <w:tcPr>
            <w:tcW w:w="3240" w:type="dxa"/>
          </w:tcPr>
          <w:p w14:paraId="53031D33" w14:textId="77777777" w:rsidR="005A512E" w:rsidRDefault="00357B7C">
            <w:r>
              <w:rPr>
                <w:b/>
              </w:rPr>
              <w:t>Participants</w:t>
            </w:r>
          </w:p>
        </w:tc>
        <w:tc>
          <w:tcPr>
            <w:tcW w:w="2700" w:type="dxa"/>
          </w:tcPr>
          <w:p w14:paraId="3984183A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78C70340" w14:textId="77777777" w:rsidTr="00E532F8">
        <w:trPr>
          <w:jc w:val="center"/>
        </w:trPr>
        <w:tc>
          <w:tcPr>
            <w:tcW w:w="900" w:type="dxa"/>
            <w:vAlign w:val="center"/>
          </w:tcPr>
          <w:p w14:paraId="38F3CD14" w14:textId="77777777" w:rsidR="005A512E" w:rsidRDefault="00357B7C" w:rsidP="003D3131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7C0F4E0E" w14:textId="77777777" w:rsidR="005A512E" w:rsidRDefault="00357B7C">
            <w:r>
              <w:t>Girls — 4 × 400 m Relay</w:t>
            </w:r>
          </w:p>
        </w:tc>
        <w:tc>
          <w:tcPr>
            <w:tcW w:w="3240" w:type="dxa"/>
            <w:vAlign w:val="center"/>
          </w:tcPr>
          <w:p w14:paraId="65E836CC" w14:textId="77777777" w:rsidR="00D754CA" w:rsidRDefault="00357B7C" w:rsidP="00D754CA">
            <w:pPr>
              <w:pStyle w:val="ListParagraph"/>
              <w:numPr>
                <w:ilvl w:val="0"/>
                <w:numId w:val="14"/>
              </w:numPr>
            </w:pPr>
            <w:r>
              <w:t xml:space="preserve">Anushree Patel; </w:t>
            </w:r>
          </w:p>
          <w:p w14:paraId="2C0EBE29" w14:textId="77777777" w:rsidR="00D754CA" w:rsidRDefault="00357B7C" w:rsidP="00D754CA">
            <w:pPr>
              <w:pStyle w:val="ListParagraph"/>
              <w:numPr>
                <w:ilvl w:val="0"/>
                <w:numId w:val="14"/>
              </w:numPr>
            </w:pPr>
            <w:r>
              <w:t xml:space="preserve">Palak Singh; </w:t>
            </w:r>
          </w:p>
          <w:p w14:paraId="7F238BE3" w14:textId="77777777" w:rsidR="00D754CA" w:rsidRDefault="00357B7C" w:rsidP="00D754CA">
            <w:pPr>
              <w:pStyle w:val="ListParagraph"/>
              <w:numPr>
                <w:ilvl w:val="0"/>
                <w:numId w:val="14"/>
              </w:numPr>
            </w:pPr>
            <w:r>
              <w:t xml:space="preserve">Sanvi Fogaat; </w:t>
            </w:r>
          </w:p>
          <w:p w14:paraId="72326E76" w14:textId="4CA20841" w:rsidR="005A512E" w:rsidRDefault="00357B7C" w:rsidP="00D754CA">
            <w:pPr>
              <w:pStyle w:val="ListParagraph"/>
              <w:numPr>
                <w:ilvl w:val="0"/>
                <w:numId w:val="14"/>
              </w:numPr>
            </w:pPr>
            <w:r>
              <w:t>Shristi Kanwar</w:t>
            </w:r>
          </w:p>
        </w:tc>
        <w:tc>
          <w:tcPr>
            <w:tcW w:w="2700" w:type="dxa"/>
            <w:vAlign w:val="center"/>
          </w:tcPr>
          <w:p w14:paraId="13C49CFB" w14:textId="77777777" w:rsidR="005A512E" w:rsidRDefault="00357B7C">
            <w:r>
              <w:rPr>
                <w:rFonts w:ascii="Segoe UI Emoji" w:hAnsi="Segoe UI Emoji" w:cs="Segoe UI Emoji"/>
              </w:rPr>
              <w:t>🥇</w:t>
            </w:r>
            <w:r>
              <w:t xml:space="preserve"> Gold</w:t>
            </w:r>
          </w:p>
        </w:tc>
      </w:tr>
      <w:tr w:rsidR="005A512E" w14:paraId="5CBD99B5" w14:textId="77777777" w:rsidTr="00E532F8">
        <w:trPr>
          <w:jc w:val="center"/>
        </w:trPr>
        <w:tc>
          <w:tcPr>
            <w:tcW w:w="900" w:type="dxa"/>
            <w:vAlign w:val="center"/>
          </w:tcPr>
          <w:p w14:paraId="05D4A5B1" w14:textId="77777777" w:rsidR="005A512E" w:rsidRDefault="00357B7C" w:rsidP="003D3131">
            <w:pPr>
              <w:jc w:val="center"/>
            </w:pPr>
            <w:r>
              <w:t>2</w:t>
            </w:r>
          </w:p>
        </w:tc>
        <w:tc>
          <w:tcPr>
            <w:tcW w:w="3960" w:type="dxa"/>
            <w:vAlign w:val="center"/>
          </w:tcPr>
          <w:p w14:paraId="49E51918" w14:textId="77777777" w:rsidR="005A512E" w:rsidRDefault="00357B7C">
            <w:r>
              <w:t>Boys — 4 × 400 m Relay</w:t>
            </w:r>
          </w:p>
        </w:tc>
        <w:tc>
          <w:tcPr>
            <w:tcW w:w="3240" w:type="dxa"/>
            <w:vAlign w:val="center"/>
          </w:tcPr>
          <w:p w14:paraId="3B00ECCD" w14:textId="77777777" w:rsidR="00D754CA" w:rsidRDefault="00357B7C" w:rsidP="00D754CA">
            <w:pPr>
              <w:pStyle w:val="ListParagraph"/>
              <w:numPr>
                <w:ilvl w:val="0"/>
                <w:numId w:val="15"/>
              </w:numPr>
            </w:pPr>
            <w:r>
              <w:t xml:space="preserve">Atharva Agrahari; </w:t>
            </w:r>
          </w:p>
          <w:p w14:paraId="0962AFA8" w14:textId="77777777" w:rsidR="00D754CA" w:rsidRDefault="00357B7C" w:rsidP="00D754CA">
            <w:pPr>
              <w:pStyle w:val="ListParagraph"/>
              <w:numPr>
                <w:ilvl w:val="0"/>
                <w:numId w:val="15"/>
              </w:numPr>
            </w:pPr>
            <w:r>
              <w:t xml:space="preserve">Daksh Nain; </w:t>
            </w:r>
          </w:p>
          <w:p w14:paraId="64915436" w14:textId="77777777" w:rsidR="00D754CA" w:rsidRDefault="00357B7C" w:rsidP="00D754CA">
            <w:pPr>
              <w:pStyle w:val="ListParagraph"/>
              <w:numPr>
                <w:ilvl w:val="0"/>
                <w:numId w:val="15"/>
              </w:numPr>
            </w:pPr>
            <w:r>
              <w:t xml:space="preserve">Lucky Mahant; </w:t>
            </w:r>
          </w:p>
          <w:p w14:paraId="7E78CED0" w14:textId="77777777" w:rsidR="00D754CA" w:rsidRDefault="00357B7C" w:rsidP="00D754CA">
            <w:pPr>
              <w:pStyle w:val="ListParagraph"/>
              <w:numPr>
                <w:ilvl w:val="0"/>
                <w:numId w:val="15"/>
              </w:numPr>
            </w:pPr>
            <w:r>
              <w:t xml:space="preserve">Moksh Patel; </w:t>
            </w:r>
          </w:p>
          <w:p w14:paraId="7500847C" w14:textId="36588F28" w:rsidR="005A512E" w:rsidRDefault="00357B7C" w:rsidP="00D754CA">
            <w:pPr>
              <w:pStyle w:val="ListParagraph"/>
              <w:numPr>
                <w:ilvl w:val="0"/>
                <w:numId w:val="15"/>
              </w:numPr>
            </w:pPr>
            <w:r>
              <w:t>Yash Kumar Manikpuri</w:t>
            </w:r>
          </w:p>
        </w:tc>
        <w:tc>
          <w:tcPr>
            <w:tcW w:w="2700" w:type="dxa"/>
            <w:vAlign w:val="center"/>
          </w:tcPr>
          <w:p w14:paraId="2FE76FED" w14:textId="77777777" w:rsidR="005A512E" w:rsidRDefault="00357B7C">
            <w:r>
              <w:rPr>
                <w:rFonts w:ascii="Segoe UI Emoji" w:hAnsi="Segoe UI Emoji" w:cs="Segoe UI Emoji"/>
              </w:rPr>
              <w:t>🥈</w:t>
            </w:r>
            <w:r>
              <w:t xml:space="preserve"> Silver</w:t>
            </w:r>
          </w:p>
        </w:tc>
      </w:tr>
    </w:tbl>
    <w:p w14:paraId="70BEA0F3" w14:textId="77777777" w:rsidR="005A512E" w:rsidRDefault="005A512E"/>
    <w:p w14:paraId="5C316F34" w14:textId="77777777" w:rsidR="005A512E" w:rsidRDefault="00357B7C">
      <w:pPr>
        <w:jc w:val="center"/>
      </w:pPr>
      <w:r>
        <w:rPr>
          <w:b/>
          <w:sz w:val="24"/>
        </w:rPr>
        <w:t>U-17 Age Category</w:t>
      </w:r>
    </w:p>
    <w:p w14:paraId="6F841181" w14:textId="77777777" w:rsidR="005A512E" w:rsidRDefault="00357B7C">
      <w:pPr>
        <w:jc w:val="center"/>
      </w:pPr>
      <w:r>
        <w:rPr>
          <w:b/>
        </w:rPr>
        <w:t>Individual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3097E92A" w14:textId="77777777" w:rsidTr="00E35346">
        <w:trPr>
          <w:jc w:val="center"/>
        </w:trPr>
        <w:tc>
          <w:tcPr>
            <w:tcW w:w="900" w:type="dxa"/>
          </w:tcPr>
          <w:p w14:paraId="38A0661E" w14:textId="77777777" w:rsidR="005A512E" w:rsidRDefault="00357B7C" w:rsidP="003D3131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7C7A683C" w14:textId="77777777" w:rsidR="005A512E" w:rsidRDefault="00357B7C">
            <w:r>
              <w:rPr>
                <w:b/>
              </w:rPr>
              <w:t>Student</w:t>
            </w:r>
          </w:p>
        </w:tc>
        <w:tc>
          <w:tcPr>
            <w:tcW w:w="3240" w:type="dxa"/>
          </w:tcPr>
          <w:p w14:paraId="7EFDAFBE" w14:textId="77777777" w:rsidR="005A512E" w:rsidRDefault="00357B7C">
            <w:r>
              <w:rPr>
                <w:b/>
              </w:rPr>
              <w:t>Event / Weight Category</w:t>
            </w:r>
          </w:p>
        </w:tc>
        <w:tc>
          <w:tcPr>
            <w:tcW w:w="2700" w:type="dxa"/>
          </w:tcPr>
          <w:p w14:paraId="654C063B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3E3B9089" w14:textId="77777777" w:rsidTr="00E35346">
        <w:trPr>
          <w:jc w:val="center"/>
        </w:trPr>
        <w:tc>
          <w:tcPr>
            <w:tcW w:w="900" w:type="dxa"/>
            <w:vAlign w:val="center"/>
          </w:tcPr>
          <w:p w14:paraId="4ED8C108" w14:textId="77777777" w:rsidR="005A512E" w:rsidRDefault="00357B7C" w:rsidP="003D3131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6C722266" w14:textId="77777777" w:rsidR="005A512E" w:rsidRDefault="00357B7C">
            <w:r>
              <w:t>Divyansh Kehra</w:t>
            </w:r>
          </w:p>
        </w:tc>
        <w:tc>
          <w:tcPr>
            <w:tcW w:w="3240" w:type="dxa"/>
            <w:vAlign w:val="center"/>
          </w:tcPr>
          <w:p w14:paraId="719EA2BB" w14:textId="77777777" w:rsidR="005A512E" w:rsidRDefault="00357B7C">
            <w:r>
              <w:t>Taekwondo — 35–38 kg</w:t>
            </w:r>
          </w:p>
        </w:tc>
        <w:tc>
          <w:tcPr>
            <w:tcW w:w="2700" w:type="dxa"/>
            <w:vAlign w:val="center"/>
          </w:tcPr>
          <w:p w14:paraId="6DD5CD8D" w14:textId="77777777" w:rsidR="005A512E" w:rsidRDefault="00357B7C">
            <w:r>
              <w:t>🥇 Gold</w:t>
            </w:r>
          </w:p>
        </w:tc>
      </w:tr>
      <w:tr w:rsidR="005A512E" w14:paraId="14EE4FA3" w14:textId="77777777" w:rsidTr="00E35346">
        <w:trPr>
          <w:jc w:val="center"/>
        </w:trPr>
        <w:tc>
          <w:tcPr>
            <w:tcW w:w="900" w:type="dxa"/>
            <w:vAlign w:val="center"/>
          </w:tcPr>
          <w:p w14:paraId="0E24AA6B" w14:textId="77777777" w:rsidR="005A512E" w:rsidRDefault="00357B7C" w:rsidP="003D3131">
            <w:pPr>
              <w:jc w:val="center"/>
            </w:pPr>
            <w:r>
              <w:t>2</w:t>
            </w:r>
          </w:p>
        </w:tc>
        <w:tc>
          <w:tcPr>
            <w:tcW w:w="3960" w:type="dxa"/>
            <w:vAlign w:val="center"/>
          </w:tcPr>
          <w:p w14:paraId="2FAA8BC3" w14:textId="77777777" w:rsidR="005A512E" w:rsidRDefault="00357B7C">
            <w:r>
              <w:t>Anvesha Singh</w:t>
            </w:r>
          </w:p>
        </w:tc>
        <w:tc>
          <w:tcPr>
            <w:tcW w:w="3240" w:type="dxa"/>
            <w:vAlign w:val="center"/>
          </w:tcPr>
          <w:p w14:paraId="3CC076DB" w14:textId="77777777" w:rsidR="005A512E" w:rsidRDefault="00357B7C">
            <w:r>
              <w:t>Taekwondo — 38–42 kg</w:t>
            </w:r>
          </w:p>
        </w:tc>
        <w:tc>
          <w:tcPr>
            <w:tcW w:w="2700" w:type="dxa"/>
            <w:vAlign w:val="center"/>
          </w:tcPr>
          <w:p w14:paraId="3E9C802F" w14:textId="77777777" w:rsidR="005A512E" w:rsidRDefault="00357B7C">
            <w:r>
              <w:t>🥇 Gold</w:t>
            </w:r>
          </w:p>
        </w:tc>
      </w:tr>
      <w:tr w:rsidR="005A512E" w14:paraId="7FC50048" w14:textId="77777777" w:rsidTr="00E35346">
        <w:trPr>
          <w:jc w:val="center"/>
        </w:trPr>
        <w:tc>
          <w:tcPr>
            <w:tcW w:w="900" w:type="dxa"/>
            <w:vAlign w:val="center"/>
          </w:tcPr>
          <w:p w14:paraId="1571DB69" w14:textId="77777777" w:rsidR="005A512E" w:rsidRDefault="00357B7C" w:rsidP="003D3131">
            <w:pPr>
              <w:jc w:val="center"/>
            </w:pPr>
            <w:r>
              <w:t>3</w:t>
            </w:r>
          </w:p>
        </w:tc>
        <w:tc>
          <w:tcPr>
            <w:tcW w:w="3960" w:type="dxa"/>
            <w:vAlign w:val="center"/>
          </w:tcPr>
          <w:p w14:paraId="4BFB11A7" w14:textId="77777777" w:rsidR="005A512E" w:rsidRDefault="00357B7C">
            <w:r>
              <w:t>Aditaya</w:t>
            </w:r>
          </w:p>
        </w:tc>
        <w:tc>
          <w:tcPr>
            <w:tcW w:w="3240" w:type="dxa"/>
            <w:vAlign w:val="center"/>
          </w:tcPr>
          <w:p w14:paraId="79E10A95" w14:textId="7BA9B318" w:rsidR="005A512E" w:rsidRDefault="00357B7C">
            <w:r>
              <w:t>Boxing</w:t>
            </w:r>
            <w:r w:rsidR="00535AE9">
              <w:t>--46</w:t>
            </w:r>
            <w:r w:rsidR="00535AE9">
              <w:t>–</w:t>
            </w:r>
            <w:r w:rsidR="00535AE9">
              <w:t>48</w:t>
            </w:r>
            <w:r w:rsidR="00535AE9">
              <w:t xml:space="preserve"> kg</w:t>
            </w:r>
          </w:p>
        </w:tc>
        <w:tc>
          <w:tcPr>
            <w:tcW w:w="2700" w:type="dxa"/>
            <w:vAlign w:val="center"/>
          </w:tcPr>
          <w:p w14:paraId="495FEAF1" w14:textId="77777777" w:rsidR="005A512E" w:rsidRDefault="00357B7C">
            <w:r>
              <w:t>🥇 Gold</w:t>
            </w:r>
          </w:p>
        </w:tc>
      </w:tr>
      <w:tr w:rsidR="005A512E" w14:paraId="3F2CF262" w14:textId="77777777" w:rsidTr="00E35346">
        <w:trPr>
          <w:jc w:val="center"/>
        </w:trPr>
        <w:tc>
          <w:tcPr>
            <w:tcW w:w="900" w:type="dxa"/>
            <w:vAlign w:val="center"/>
          </w:tcPr>
          <w:p w14:paraId="43A8B71A" w14:textId="77777777" w:rsidR="005A512E" w:rsidRDefault="00357B7C" w:rsidP="003D3131">
            <w:pPr>
              <w:jc w:val="center"/>
            </w:pPr>
            <w:r>
              <w:t>4</w:t>
            </w:r>
          </w:p>
        </w:tc>
        <w:tc>
          <w:tcPr>
            <w:tcW w:w="3960" w:type="dxa"/>
            <w:vAlign w:val="center"/>
          </w:tcPr>
          <w:p w14:paraId="3A853E7B" w14:textId="77777777" w:rsidR="005A512E" w:rsidRDefault="00357B7C">
            <w:r>
              <w:t>Lachi Patel</w:t>
            </w:r>
          </w:p>
        </w:tc>
        <w:tc>
          <w:tcPr>
            <w:tcW w:w="3240" w:type="dxa"/>
            <w:vAlign w:val="center"/>
          </w:tcPr>
          <w:p w14:paraId="24BACCF3" w14:textId="77777777" w:rsidR="005A512E" w:rsidRDefault="00357B7C">
            <w:r>
              <w:t>800 m; Long Jump</w:t>
            </w:r>
          </w:p>
        </w:tc>
        <w:tc>
          <w:tcPr>
            <w:tcW w:w="2700" w:type="dxa"/>
            <w:vAlign w:val="center"/>
          </w:tcPr>
          <w:p w14:paraId="2D555F12" w14:textId="77777777" w:rsidR="005A512E" w:rsidRDefault="00357B7C">
            <w:r>
              <w:t>🥇 Gold; 🥈 Silver</w:t>
            </w:r>
          </w:p>
        </w:tc>
      </w:tr>
      <w:tr w:rsidR="005A512E" w14:paraId="13B54905" w14:textId="77777777" w:rsidTr="00E35346">
        <w:trPr>
          <w:jc w:val="center"/>
        </w:trPr>
        <w:tc>
          <w:tcPr>
            <w:tcW w:w="900" w:type="dxa"/>
            <w:vAlign w:val="center"/>
          </w:tcPr>
          <w:p w14:paraId="3A5B5FF6" w14:textId="77777777" w:rsidR="005A512E" w:rsidRDefault="00357B7C" w:rsidP="003D3131">
            <w:pPr>
              <w:jc w:val="center"/>
            </w:pPr>
            <w:r>
              <w:t>5</w:t>
            </w:r>
          </w:p>
        </w:tc>
        <w:tc>
          <w:tcPr>
            <w:tcW w:w="3960" w:type="dxa"/>
            <w:vAlign w:val="center"/>
          </w:tcPr>
          <w:p w14:paraId="5E7D2959" w14:textId="77777777" w:rsidR="005A512E" w:rsidRDefault="00357B7C">
            <w:r>
              <w:t>Aradhya Singh</w:t>
            </w:r>
          </w:p>
        </w:tc>
        <w:tc>
          <w:tcPr>
            <w:tcW w:w="3240" w:type="dxa"/>
            <w:vAlign w:val="center"/>
          </w:tcPr>
          <w:p w14:paraId="02A81207" w14:textId="77777777" w:rsidR="005A512E" w:rsidRDefault="00357B7C">
            <w:r>
              <w:t>400 m</w:t>
            </w:r>
          </w:p>
        </w:tc>
        <w:tc>
          <w:tcPr>
            <w:tcW w:w="2700" w:type="dxa"/>
            <w:vAlign w:val="center"/>
          </w:tcPr>
          <w:p w14:paraId="04C85018" w14:textId="77777777" w:rsidR="005A512E" w:rsidRDefault="00357B7C">
            <w:r>
              <w:t>🥇 Gold</w:t>
            </w:r>
          </w:p>
        </w:tc>
      </w:tr>
      <w:tr w:rsidR="005A512E" w14:paraId="2427D4A2" w14:textId="77777777" w:rsidTr="00E35346">
        <w:trPr>
          <w:jc w:val="center"/>
        </w:trPr>
        <w:tc>
          <w:tcPr>
            <w:tcW w:w="900" w:type="dxa"/>
            <w:vAlign w:val="center"/>
          </w:tcPr>
          <w:p w14:paraId="2CBEF3F0" w14:textId="77777777" w:rsidR="005A512E" w:rsidRDefault="00357B7C" w:rsidP="003D3131">
            <w:pPr>
              <w:jc w:val="center"/>
            </w:pPr>
            <w:r>
              <w:t>6</w:t>
            </w:r>
          </w:p>
        </w:tc>
        <w:tc>
          <w:tcPr>
            <w:tcW w:w="3960" w:type="dxa"/>
            <w:vAlign w:val="center"/>
          </w:tcPr>
          <w:p w14:paraId="34A11272" w14:textId="77777777" w:rsidR="005A512E" w:rsidRDefault="00357B7C">
            <w:r>
              <w:t>Ronit Sahu</w:t>
            </w:r>
          </w:p>
        </w:tc>
        <w:tc>
          <w:tcPr>
            <w:tcW w:w="3240" w:type="dxa"/>
            <w:vAlign w:val="center"/>
          </w:tcPr>
          <w:p w14:paraId="224D6FDA" w14:textId="77777777" w:rsidR="005A512E" w:rsidRDefault="00357B7C">
            <w:r>
              <w:t>Taekwondo — 55–59 kg</w:t>
            </w:r>
          </w:p>
        </w:tc>
        <w:tc>
          <w:tcPr>
            <w:tcW w:w="2700" w:type="dxa"/>
            <w:vAlign w:val="center"/>
          </w:tcPr>
          <w:p w14:paraId="0FC8C485" w14:textId="77777777" w:rsidR="005A512E" w:rsidRDefault="00357B7C">
            <w:r>
              <w:t>🥈 Silver</w:t>
            </w:r>
          </w:p>
        </w:tc>
      </w:tr>
      <w:tr w:rsidR="004F6F34" w14:paraId="6745F2D1" w14:textId="77777777" w:rsidTr="00E35346">
        <w:trPr>
          <w:jc w:val="center"/>
        </w:trPr>
        <w:tc>
          <w:tcPr>
            <w:tcW w:w="900" w:type="dxa"/>
            <w:vAlign w:val="center"/>
          </w:tcPr>
          <w:p w14:paraId="13D60AC9" w14:textId="01812667" w:rsidR="004F6F34" w:rsidRDefault="004F6F34" w:rsidP="003D3131">
            <w:pPr>
              <w:jc w:val="center"/>
            </w:pPr>
            <w:r>
              <w:t>7</w:t>
            </w:r>
          </w:p>
        </w:tc>
        <w:tc>
          <w:tcPr>
            <w:tcW w:w="3960" w:type="dxa"/>
            <w:vAlign w:val="center"/>
          </w:tcPr>
          <w:p w14:paraId="15687DA4" w14:textId="1DE8B90F" w:rsidR="004F6F34" w:rsidRDefault="006719A4">
            <w:r>
              <w:t>Lavanya</w:t>
            </w:r>
          </w:p>
        </w:tc>
        <w:tc>
          <w:tcPr>
            <w:tcW w:w="3240" w:type="dxa"/>
            <w:vAlign w:val="center"/>
          </w:tcPr>
          <w:p w14:paraId="64A8AE07" w14:textId="535CEDF5" w:rsidR="004F6F34" w:rsidRDefault="006719A4">
            <w:r>
              <w:t xml:space="preserve">Taekwondo — </w:t>
            </w:r>
            <w:r w:rsidR="003B7AB9">
              <w:t>49</w:t>
            </w:r>
            <w:r>
              <w:t>–5</w:t>
            </w:r>
            <w:r w:rsidR="003B7AB9">
              <w:t>2</w:t>
            </w:r>
            <w:r>
              <w:t xml:space="preserve"> kg</w:t>
            </w:r>
          </w:p>
        </w:tc>
        <w:tc>
          <w:tcPr>
            <w:tcW w:w="2700" w:type="dxa"/>
            <w:vAlign w:val="center"/>
          </w:tcPr>
          <w:p w14:paraId="36293E40" w14:textId="788869F2" w:rsidR="004F6F34" w:rsidRDefault="003B7AB9">
            <w:r>
              <w:t>🥈 Silver</w:t>
            </w:r>
          </w:p>
        </w:tc>
      </w:tr>
      <w:tr w:rsidR="005A512E" w14:paraId="100B38C6" w14:textId="77777777" w:rsidTr="00E35346">
        <w:trPr>
          <w:jc w:val="center"/>
        </w:trPr>
        <w:tc>
          <w:tcPr>
            <w:tcW w:w="900" w:type="dxa"/>
            <w:vAlign w:val="center"/>
          </w:tcPr>
          <w:p w14:paraId="2715106D" w14:textId="038C2B7F" w:rsidR="005A512E" w:rsidRDefault="004F6F34" w:rsidP="003D3131">
            <w:pPr>
              <w:jc w:val="center"/>
            </w:pPr>
            <w:r>
              <w:t>8</w:t>
            </w:r>
          </w:p>
        </w:tc>
        <w:tc>
          <w:tcPr>
            <w:tcW w:w="3960" w:type="dxa"/>
            <w:vAlign w:val="center"/>
          </w:tcPr>
          <w:p w14:paraId="6E23DEF4" w14:textId="77777777" w:rsidR="005A512E" w:rsidRDefault="00357B7C">
            <w:r>
              <w:t>Prem Kumar Sahu</w:t>
            </w:r>
          </w:p>
        </w:tc>
        <w:tc>
          <w:tcPr>
            <w:tcW w:w="3240" w:type="dxa"/>
            <w:vAlign w:val="center"/>
          </w:tcPr>
          <w:p w14:paraId="712D256B" w14:textId="77777777" w:rsidR="005A512E" w:rsidRDefault="00357B7C">
            <w:r>
              <w:t>Quad 1000 m; Quad 500 m</w:t>
            </w:r>
          </w:p>
        </w:tc>
        <w:tc>
          <w:tcPr>
            <w:tcW w:w="2700" w:type="dxa"/>
            <w:vAlign w:val="center"/>
          </w:tcPr>
          <w:p w14:paraId="6C017C52" w14:textId="77777777" w:rsidR="005A512E" w:rsidRDefault="00357B7C">
            <w:r>
              <w:t>🥈 Silver; 🥉 Bronze</w:t>
            </w:r>
          </w:p>
        </w:tc>
      </w:tr>
      <w:tr w:rsidR="00516B6A" w14:paraId="07163333" w14:textId="77777777" w:rsidTr="00E35346">
        <w:trPr>
          <w:jc w:val="center"/>
        </w:trPr>
        <w:tc>
          <w:tcPr>
            <w:tcW w:w="900" w:type="dxa"/>
            <w:vAlign w:val="center"/>
          </w:tcPr>
          <w:p w14:paraId="76CD32C3" w14:textId="062B7FD9" w:rsidR="00516B6A" w:rsidRDefault="004F6F34" w:rsidP="003D3131">
            <w:pPr>
              <w:jc w:val="center"/>
            </w:pPr>
            <w:r>
              <w:t>9</w:t>
            </w:r>
          </w:p>
        </w:tc>
        <w:tc>
          <w:tcPr>
            <w:tcW w:w="3960" w:type="dxa"/>
            <w:vAlign w:val="center"/>
          </w:tcPr>
          <w:p w14:paraId="39216571" w14:textId="582F5EF8" w:rsidR="00516B6A" w:rsidRDefault="00CE18EE">
            <w:r>
              <w:t>Pranav Shrivas</w:t>
            </w:r>
          </w:p>
        </w:tc>
        <w:tc>
          <w:tcPr>
            <w:tcW w:w="3240" w:type="dxa"/>
            <w:vAlign w:val="center"/>
          </w:tcPr>
          <w:p w14:paraId="513D6A9B" w14:textId="5966DAED" w:rsidR="00516B6A" w:rsidRDefault="00B81DAE">
            <w:r>
              <w:t>Taekwondo — 59–63 kg</w:t>
            </w:r>
          </w:p>
        </w:tc>
        <w:tc>
          <w:tcPr>
            <w:tcW w:w="2700" w:type="dxa"/>
            <w:vAlign w:val="center"/>
          </w:tcPr>
          <w:p w14:paraId="3C2F8BE2" w14:textId="09D035EE" w:rsidR="00516B6A" w:rsidRDefault="00364ED9">
            <w:r>
              <w:t>🥉 Bronze</w:t>
            </w:r>
          </w:p>
        </w:tc>
      </w:tr>
    </w:tbl>
    <w:p w14:paraId="6A771837" w14:textId="77777777" w:rsidR="00E35346" w:rsidRDefault="00E35346" w:rsidP="00D754CA">
      <w:pPr>
        <w:rPr>
          <w:b/>
        </w:rPr>
      </w:pPr>
    </w:p>
    <w:p w14:paraId="198DB576" w14:textId="3F819D2A" w:rsidR="005A512E" w:rsidRDefault="00357B7C">
      <w:pPr>
        <w:jc w:val="center"/>
      </w:pPr>
      <w:r>
        <w:rPr>
          <w:b/>
        </w:rPr>
        <w:lastRenderedPageBreak/>
        <w:t>Team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3CD2BE9C" w14:textId="77777777" w:rsidTr="00E35346">
        <w:trPr>
          <w:jc w:val="center"/>
        </w:trPr>
        <w:tc>
          <w:tcPr>
            <w:tcW w:w="900" w:type="dxa"/>
          </w:tcPr>
          <w:p w14:paraId="6C7725D0" w14:textId="77777777" w:rsidR="005A512E" w:rsidRDefault="00357B7C" w:rsidP="003D3131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31F29460" w14:textId="77777777" w:rsidR="005A512E" w:rsidRDefault="00357B7C">
            <w:r>
              <w:rPr>
                <w:b/>
              </w:rPr>
              <w:t>Team / Event</w:t>
            </w:r>
          </w:p>
        </w:tc>
        <w:tc>
          <w:tcPr>
            <w:tcW w:w="3240" w:type="dxa"/>
          </w:tcPr>
          <w:p w14:paraId="4232EB6F" w14:textId="77777777" w:rsidR="005A512E" w:rsidRDefault="00357B7C">
            <w:r>
              <w:rPr>
                <w:b/>
              </w:rPr>
              <w:t>Participants</w:t>
            </w:r>
          </w:p>
        </w:tc>
        <w:tc>
          <w:tcPr>
            <w:tcW w:w="2700" w:type="dxa"/>
          </w:tcPr>
          <w:p w14:paraId="367EE2E2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58BD2904" w14:textId="77777777" w:rsidTr="00E35346">
        <w:trPr>
          <w:jc w:val="center"/>
        </w:trPr>
        <w:tc>
          <w:tcPr>
            <w:tcW w:w="900" w:type="dxa"/>
            <w:vAlign w:val="center"/>
          </w:tcPr>
          <w:p w14:paraId="7BE73D96" w14:textId="77777777" w:rsidR="005A512E" w:rsidRDefault="00357B7C" w:rsidP="003D3131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7132984D" w14:textId="77777777" w:rsidR="005A512E" w:rsidRDefault="00357B7C">
            <w:r>
              <w:t>Boys — Basketball</w:t>
            </w:r>
          </w:p>
        </w:tc>
        <w:tc>
          <w:tcPr>
            <w:tcW w:w="3240" w:type="dxa"/>
            <w:vAlign w:val="center"/>
          </w:tcPr>
          <w:p w14:paraId="262E6553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>Mohit Karsh;</w:t>
            </w:r>
          </w:p>
          <w:p w14:paraId="49F776CA" w14:textId="6B0246E6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Sakib Alam Khan; </w:t>
            </w:r>
          </w:p>
          <w:p w14:paraId="31C8AE1A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Virat Kumar Rajwade; </w:t>
            </w:r>
          </w:p>
          <w:p w14:paraId="7B8E1A35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Vishesh Pathak; </w:t>
            </w:r>
          </w:p>
          <w:p w14:paraId="5FE54A02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Anant Pratap Singh; </w:t>
            </w:r>
          </w:p>
          <w:p w14:paraId="2C198A22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Shourya Kumar Raj; </w:t>
            </w:r>
          </w:p>
          <w:p w14:paraId="089A4E53" w14:textId="77777777" w:rsidR="00415A67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 xml:space="preserve">Vishal Karsh; </w:t>
            </w:r>
          </w:p>
          <w:p w14:paraId="3D09C912" w14:textId="6AD50128" w:rsidR="005A512E" w:rsidRDefault="00357B7C" w:rsidP="00BC2481">
            <w:pPr>
              <w:pStyle w:val="ListParagraph"/>
              <w:numPr>
                <w:ilvl w:val="0"/>
                <w:numId w:val="10"/>
              </w:numPr>
            </w:pPr>
            <w:r>
              <w:t>Atharva Singh</w:t>
            </w:r>
          </w:p>
        </w:tc>
        <w:tc>
          <w:tcPr>
            <w:tcW w:w="2700" w:type="dxa"/>
            <w:vAlign w:val="center"/>
          </w:tcPr>
          <w:p w14:paraId="3B737E32" w14:textId="77777777" w:rsidR="005A512E" w:rsidRDefault="00357B7C">
            <w:r>
              <w:rPr>
                <w:rFonts w:ascii="Segoe UI Emoji" w:hAnsi="Segoe UI Emoji" w:cs="Segoe UI Emoji"/>
              </w:rPr>
              <w:t>🥇</w:t>
            </w:r>
            <w:r>
              <w:t xml:space="preserve"> Gold</w:t>
            </w:r>
          </w:p>
        </w:tc>
      </w:tr>
      <w:tr w:rsidR="005A512E" w14:paraId="1EDFE354" w14:textId="77777777" w:rsidTr="00E35346">
        <w:trPr>
          <w:jc w:val="center"/>
        </w:trPr>
        <w:tc>
          <w:tcPr>
            <w:tcW w:w="900" w:type="dxa"/>
            <w:vAlign w:val="center"/>
          </w:tcPr>
          <w:p w14:paraId="6BDB6B06" w14:textId="77777777" w:rsidR="005A512E" w:rsidRDefault="00357B7C" w:rsidP="003D3131">
            <w:pPr>
              <w:jc w:val="center"/>
            </w:pPr>
            <w:r>
              <w:t>2</w:t>
            </w:r>
          </w:p>
        </w:tc>
        <w:tc>
          <w:tcPr>
            <w:tcW w:w="3960" w:type="dxa"/>
            <w:vAlign w:val="center"/>
          </w:tcPr>
          <w:p w14:paraId="5BA5A696" w14:textId="77777777" w:rsidR="005A512E" w:rsidRDefault="00357B7C">
            <w:r>
              <w:t>Girls — 4 × 100 m Relay</w:t>
            </w:r>
          </w:p>
        </w:tc>
        <w:tc>
          <w:tcPr>
            <w:tcW w:w="3240" w:type="dxa"/>
            <w:vAlign w:val="center"/>
          </w:tcPr>
          <w:p w14:paraId="7677B9BB" w14:textId="77777777" w:rsidR="00BC2481" w:rsidRDefault="00357B7C" w:rsidP="00BC2481">
            <w:pPr>
              <w:pStyle w:val="ListParagraph"/>
              <w:numPr>
                <w:ilvl w:val="0"/>
                <w:numId w:val="11"/>
              </w:numPr>
            </w:pPr>
            <w:r>
              <w:t>Rubi;</w:t>
            </w:r>
          </w:p>
          <w:p w14:paraId="7DDD062F" w14:textId="32A87504" w:rsidR="00BC2481" w:rsidRDefault="00357B7C" w:rsidP="00BC2481">
            <w:pPr>
              <w:pStyle w:val="ListParagraph"/>
              <w:numPr>
                <w:ilvl w:val="0"/>
                <w:numId w:val="11"/>
              </w:numPr>
            </w:pPr>
            <w:r>
              <w:t xml:space="preserve">Karuna Mandavi; </w:t>
            </w:r>
          </w:p>
          <w:p w14:paraId="6391DAC7" w14:textId="77777777" w:rsidR="00BC2481" w:rsidRDefault="00357B7C" w:rsidP="00BC2481">
            <w:pPr>
              <w:pStyle w:val="ListParagraph"/>
              <w:numPr>
                <w:ilvl w:val="0"/>
                <w:numId w:val="11"/>
              </w:numPr>
            </w:pPr>
            <w:r>
              <w:t>Aaradhya Singh;</w:t>
            </w:r>
          </w:p>
          <w:p w14:paraId="550B7C6C" w14:textId="79E995E2" w:rsidR="00BC2481" w:rsidRDefault="00357B7C" w:rsidP="00BC2481">
            <w:pPr>
              <w:pStyle w:val="ListParagraph"/>
              <w:numPr>
                <w:ilvl w:val="0"/>
                <w:numId w:val="11"/>
              </w:numPr>
            </w:pPr>
            <w:r>
              <w:t xml:space="preserve">Chandni Painkra; </w:t>
            </w:r>
          </w:p>
          <w:p w14:paraId="7CF4A76C" w14:textId="6D82FC07" w:rsidR="005A512E" w:rsidRDefault="00357B7C" w:rsidP="00BC2481">
            <w:pPr>
              <w:pStyle w:val="ListParagraph"/>
              <w:numPr>
                <w:ilvl w:val="0"/>
                <w:numId w:val="11"/>
              </w:numPr>
            </w:pPr>
            <w:r>
              <w:t>Lachi Patel</w:t>
            </w:r>
          </w:p>
        </w:tc>
        <w:tc>
          <w:tcPr>
            <w:tcW w:w="2700" w:type="dxa"/>
            <w:vAlign w:val="center"/>
          </w:tcPr>
          <w:p w14:paraId="50C7DFC2" w14:textId="77777777" w:rsidR="005A512E" w:rsidRDefault="00357B7C">
            <w:r>
              <w:rPr>
                <w:rFonts w:ascii="Segoe UI Emoji" w:hAnsi="Segoe UI Emoji" w:cs="Segoe UI Emoji"/>
              </w:rPr>
              <w:t>🥈</w:t>
            </w:r>
            <w:r>
              <w:t xml:space="preserve"> Silver</w:t>
            </w:r>
          </w:p>
        </w:tc>
      </w:tr>
      <w:tr w:rsidR="005A512E" w14:paraId="60902DF6" w14:textId="77777777" w:rsidTr="00E35346">
        <w:trPr>
          <w:jc w:val="center"/>
        </w:trPr>
        <w:tc>
          <w:tcPr>
            <w:tcW w:w="900" w:type="dxa"/>
            <w:vAlign w:val="center"/>
          </w:tcPr>
          <w:p w14:paraId="0E20DCCB" w14:textId="77777777" w:rsidR="005A512E" w:rsidRDefault="00357B7C" w:rsidP="003D3131">
            <w:pPr>
              <w:jc w:val="center"/>
            </w:pPr>
            <w:r>
              <w:t>3</w:t>
            </w:r>
          </w:p>
        </w:tc>
        <w:tc>
          <w:tcPr>
            <w:tcW w:w="3960" w:type="dxa"/>
            <w:vAlign w:val="center"/>
          </w:tcPr>
          <w:p w14:paraId="1DC311F8" w14:textId="77777777" w:rsidR="005A512E" w:rsidRDefault="00357B7C">
            <w:r>
              <w:t>Boys — Volleyball</w:t>
            </w:r>
          </w:p>
        </w:tc>
        <w:tc>
          <w:tcPr>
            <w:tcW w:w="3240" w:type="dxa"/>
            <w:vAlign w:val="center"/>
          </w:tcPr>
          <w:p w14:paraId="0D824C28" w14:textId="77777777" w:rsidR="00BC2481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Sai Shivam Kaiwart; </w:t>
            </w:r>
          </w:p>
          <w:p w14:paraId="3B09193E" w14:textId="77777777" w:rsidR="00BC2481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>Shivam Pal;</w:t>
            </w:r>
          </w:p>
          <w:p w14:paraId="70D01C38" w14:textId="61B81054" w:rsidR="00BC2481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Aditya Sahu; </w:t>
            </w:r>
          </w:p>
          <w:p w14:paraId="28D3A3AD" w14:textId="77777777" w:rsidR="006372EF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Arnav Banerjee; </w:t>
            </w:r>
          </w:p>
          <w:p w14:paraId="22403057" w14:textId="77777777" w:rsidR="006372EF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Ashutosh Tripathi; </w:t>
            </w:r>
          </w:p>
          <w:p w14:paraId="5D810DF9" w14:textId="77777777" w:rsidR="006372EF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Tanmay Sahu; </w:t>
            </w:r>
          </w:p>
          <w:p w14:paraId="3C64D291" w14:textId="77777777" w:rsidR="007778F8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 xml:space="preserve">Rounak Singh; </w:t>
            </w:r>
          </w:p>
          <w:p w14:paraId="5F950FBD" w14:textId="0BFB2270" w:rsidR="005A512E" w:rsidRDefault="00357B7C" w:rsidP="007778F8">
            <w:pPr>
              <w:pStyle w:val="ListParagraph"/>
              <w:numPr>
                <w:ilvl w:val="0"/>
                <w:numId w:val="12"/>
              </w:numPr>
            </w:pPr>
            <w:r>
              <w:t>Saransh Soni</w:t>
            </w:r>
          </w:p>
        </w:tc>
        <w:tc>
          <w:tcPr>
            <w:tcW w:w="2700" w:type="dxa"/>
            <w:vAlign w:val="center"/>
          </w:tcPr>
          <w:p w14:paraId="7489ABC9" w14:textId="77777777" w:rsidR="005A512E" w:rsidRDefault="00357B7C">
            <w:r>
              <w:rPr>
                <w:rFonts w:ascii="Segoe UI Emoji" w:hAnsi="Segoe UI Emoji" w:cs="Segoe UI Emoji"/>
              </w:rPr>
              <w:t>🥈</w:t>
            </w:r>
            <w:r>
              <w:t xml:space="preserve"> Silver</w:t>
            </w:r>
          </w:p>
        </w:tc>
      </w:tr>
    </w:tbl>
    <w:p w14:paraId="16401E98" w14:textId="77777777" w:rsidR="005A512E" w:rsidRDefault="005A512E"/>
    <w:p w14:paraId="34E27A19" w14:textId="77777777" w:rsidR="005A512E" w:rsidRDefault="00357B7C">
      <w:pPr>
        <w:jc w:val="center"/>
      </w:pPr>
      <w:r>
        <w:rPr>
          <w:b/>
          <w:sz w:val="24"/>
        </w:rPr>
        <w:t>U-19 Age Category</w:t>
      </w:r>
    </w:p>
    <w:p w14:paraId="6F72D27E" w14:textId="77777777" w:rsidR="005A512E" w:rsidRDefault="00357B7C">
      <w:pPr>
        <w:jc w:val="center"/>
      </w:pPr>
      <w:r>
        <w:rPr>
          <w:b/>
        </w:rPr>
        <w:t>Individual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55738DFD" w14:textId="77777777" w:rsidTr="00E35346">
        <w:trPr>
          <w:jc w:val="center"/>
        </w:trPr>
        <w:tc>
          <w:tcPr>
            <w:tcW w:w="900" w:type="dxa"/>
          </w:tcPr>
          <w:p w14:paraId="23021B92" w14:textId="77777777" w:rsidR="005A512E" w:rsidRDefault="00357B7C" w:rsidP="00E05127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22E863D1" w14:textId="77777777" w:rsidR="005A512E" w:rsidRDefault="00357B7C">
            <w:r>
              <w:rPr>
                <w:b/>
              </w:rPr>
              <w:t>Student</w:t>
            </w:r>
          </w:p>
        </w:tc>
        <w:tc>
          <w:tcPr>
            <w:tcW w:w="3240" w:type="dxa"/>
          </w:tcPr>
          <w:p w14:paraId="484A101C" w14:textId="77777777" w:rsidR="005A512E" w:rsidRDefault="00357B7C">
            <w:r>
              <w:rPr>
                <w:b/>
              </w:rPr>
              <w:t>Event / Weight Category</w:t>
            </w:r>
          </w:p>
        </w:tc>
        <w:tc>
          <w:tcPr>
            <w:tcW w:w="2700" w:type="dxa"/>
          </w:tcPr>
          <w:p w14:paraId="5C58CB13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6C8051A1" w14:textId="77777777" w:rsidTr="00E35346">
        <w:trPr>
          <w:jc w:val="center"/>
        </w:trPr>
        <w:tc>
          <w:tcPr>
            <w:tcW w:w="900" w:type="dxa"/>
            <w:vAlign w:val="center"/>
          </w:tcPr>
          <w:p w14:paraId="4D1B06F0" w14:textId="77777777" w:rsidR="005A512E" w:rsidRDefault="00357B7C" w:rsidP="00E05127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20E611D6" w14:textId="77777777" w:rsidR="005A512E" w:rsidRDefault="00357B7C">
            <w:r>
              <w:t>Rishabh Sahu</w:t>
            </w:r>
          </w:p>
        </w:tc>
        <w:tc>
          <w:tcPr>
            <w:tcW w:w="3240" w:type="dxa"/>
            <w:vAlign w:val="center"/>
          </w:tcPr>
          <w:p w14:paraId="354700C1" w14:textId="77777777" w:rsidR="005A512E" w:rsidRDefault="00357B7C">
            <w:r>
              <w:t>Roller Skating — Inline 500 m</w:t>
            </w:r>
          </w:p>
        </w:tc>
        <w:tc>
          <w:tcPr>
            <w:tcW w:w="2700" w:type="dxa"/>
            <w:vAlign w:val="center"/>
          </w:tcPr>
          <w:p w14:paraId="7FF4C6EC" w14:textId="77777777" w:rsidR="005A512E" w:rsidRDefault="00357B7C">
            <w:r>
              <w:t>🥇 Gold</w:t>
            </w:r>
          </w:p>
        </w:tc>
      </w:tr>
      <w:tr w:rsidR="005A512E" w14:paraId="1D4F86BB" w14:textId="77777777" w:rsidTr="00E35346">
        <w:trPr>
          <w:jc w:val="center"/>
        </w:trPr>
        <w:tc>
          <w:tcPr>
            <w:tcW w:w="900" w:type="dxa"/>
            <w:vAlign w:val="center"/>
          </w:tcPr>
          <w:p w14:paraId="11C87E1C" w14:textId="77777777" w:rsidR="005A512E" w:rsidRDefault="00357B7C" w:rsidP="00E05127">
            <w:pPr>
              <w:jc w:val="center"/>
            </w:pPr>
            <w:r>
              <w:t>2</w:t>
            </w:r>
          </w:p>
        </w:tc>
        <w:tc>
          <w:tcPr>
            <w:tcW w:w="3960" w:type="dxa"/>
            <w:vAlign w:val="center"/>
          </w:tcPr>
          <w:p w14:paraId="539AABF2" w14:textId="77777777" w:rsidR="005A512E" w:rsidRDefault="00357B7C">
            <w:r>
              <w:t>Vikrant Panghal</w:t>
            </w:r>
          </w:p>
        </w:tc>
        <w:tc>
          <w:tcPr>
            <w:tcW w:w="3240" w:type="dxa"/>
            <w:vAlign w:val="center"/>
          </w:tcPr>
          <w:p w14:paraId="6FC35075" w14:textId="77777777" w:rsidR="005A512E" w:rsidRDefault="00357B7C">
            <w:r>
              <w:t>800 m; 1500 m</w:t>
            </w:r>
          </w:p>
        </w:tc>
        <w:tc>
          <w:tcPr>
            <w:tcW w:w="2700" w:type="dxa"/>
            <w:vAlign w:val="center"/>
          </w:tcPr>
          <w:p w14:paraId="32F287C6" w14:textId="77777777" w:rsidR="005A512E" w:rsidRDefault="00357B7C">
            <w:r>
              <w:t>🥈 Silver; 🥈 Silver</w:t>
            </w:r>
          </w:p>
        </w:tc>
      </w:tr>
      <w:tr w:rsidR="005A512E" w14:paraId="73B4A1EB" w14:textId="77777777" w:rsidTr="00E35346">
        <w:trPr>
          <w:jc w:val="center"/>
        </w:trPr>
        <w:tc>
          <w:tcPr>
            <w:tcW w:w="900" w:type="dxa"/>
            <w:vAlign w:val="center"/>
          </w:tcPr>
          <w:p w14:paraId="0EF07892" w14:textId="77777777" w:rsidR="005A512E" w:rsidRDefault="00357B7C" w:rsidP="00E05127">
            <w:pPr>
              <w:jc w:val="center"/>
            </w:pPr>
            <w:r>
              <w:t>3</w:t>
            </w:r>
          </w:p>
        </w:tc>
        <w:tc>
          <w:tcPr>
            <w:tcW w:w="3960" w:type="dxa"/>
            <w:vAlign w:val="center"/>
          </w:tcPr>
          <w:p w14:paraId="3A4E3B34" w14:textId="77777777" w:rsidR="005A512E" w:rsidRDefault="00357B7C">
            <w:r>
              <w:t>Kavyansh Singh</w:t>
            </w:r>
          </w:p>
        </w:tc>
        <w:tc>
          <w:tcPr>
            <w:tcW w:w="3240" w:type="dxa"/>
            <w:vAlign w:val="center"/>
          </w:tcPr>
          <w:p w14:paraId="6641FC46" w14:textId="77777777" w:rsidR="005A512E" w:rsidRDefault="00357B7C">
            <w:r>
              <w:t>Taekwondo</w:t>
            </w:r>
          </w:p>
        </w:tc>
        <w:tc>
          <w:tcPr>
            <w:tcW w:w="2700" w:type="dxa"/>
            <w:vAlign w:val="center"/>
          </w:tcPr>
          <w:p w14:paraId="0C780717" w14:textId="77777777" w:rsidR="005A512E" w:rsidRDefault="00357B7C">
            <w:r>
              <w:t>🥈 Silver</w:t>
            </w:r>
          </w:p>
        </w:tc>
      </w:tr>
    </w:tbl>
    <w:p w14:paraId="73B4A6C9" w14:textId="77777777" w:rsidR="005A512E" w:rsidRDefault="00357B7C">
      <w:pPr>
        <w:jc w:val="center"/>
      </w:pPr>
      <w:r>
        <w:rPr>
          <w:b/>
        </w:rPr>
        <w:t>Team Events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960"/>
        <w:gridCol w:w="3240"/>
        <w:gridCol w:w="2700"/>
      </w:tblGrid>
      <w:tr w:rsidR="005A512E" w14:paraId="2DE36FA5" w14:textId="77777777" w:rsidTr="00E35346">
        <w:trPr>
          <w:jc w:val="center"/>
        </w:trPr>
        <w:tc>
          <w:tcPr>
            <w:tcW w:w="900" w:type="dxa"/>
          </w:tcPr>
          <w:p w14:paraId="746F54F1" w14:textId="77777777" w:rsidR="005A512E" w:rsidRDefault="00357B7C" w:rsidP="00E05127">
            <w:pPr>
              <w:jc w:val="center"/>
            </w:pPr>
            <w:r>
              <w:rPr>
                <w:b/>
              </w:rPr>
              <w:t>S. No.</w:t>
            </w:r>
          </w:p>
        </w:tc>
        <w:tc>
          <w:tcPr>
            <w:tcW w:w="3960" w:type="dxa"/>
          </w:tcPr>
          <w:p w14:paraId="6E1A9F5A" w14:textId="77777777" w:rsidR="005A512E" w:rsidRDefault="00357B7C">
            <w:r>
              <w:rPr>
                <w:b/>
              </w:rPr>
              <w:t>Team / Event</w:t>
            </w:r>
          </w:p>
        </w:tc>
        <w:tc>
          <w:tcPr>
            <w:tcW w:w="3240" w:type="dxa"/>
          </w:tcPr>
          <w:p w14:paraId="0E603F00" w14:textId="77777777" w:rsidR="005A512E" w:rsidRDefault="00357B7C">
            <w:r>
              <w:rPr>
                <w:b/>
              </w:rPr>
              <w:t>Participants</w:t>
            </w:r>
          </w:p>
        </w:tc>
        <w:tc>
          <w:tcPr>
            <w:tcW w:w="2700" w:type="dxa"/>
          </w:tcPr>
          <w:p w14:paraId="1D5DADDB" w14:textId="77777777" w:rsidR="005A512E" w:rsidRDefault="00357B7C">
            <w:r>
              <w:rPr>
                <w:b/>
              </w:rPr>
              <w:t>Medal</w:t>
            </w:r>
          </w:p>
        </w:tc>
      </w:tr>
      <w:tr w:rsidR="005A512E" w14:paraId="7AE60A59" w14:textId="77777777" w:rsidTr="00E35346">
        <w:trPr>
          <w:jc w:val="center"/>
        </w:trPr>
        <w:tc>
          <w:tcPr>
            <w:tcW w:w="900" w:type="dxa"/>
            <w:vAlign w:val="center"/>
          </w:tcPr>
          <w:p w14:paraId="093ED28E" w14:textId="77777777" w:rsidR="005A512E" w:rsidRDefault="00357B7C" w:rsidP="00E05127">
            <w:pPr>
              <w:jc w:val="center"/>
            </w:pPr>
            <w:r>
              <w:t>1</w:t>
            </w:r>
          </w:p>
        </w:tc>
        <w:tc>
          <w:tcPr>
            <w:tcW w:w="3960" w:type="dxa"/>
            <w:vAlign w:val="center"/>
          </w:tcPr>
          <w:p w14:paraId="4A203B3F" w14:textId="77777777" w:rsidR="005A512E" w:rsidRDefault="00357B7C">
            <w:r>
              <w:t>Boys — Cricket</w:t>
            </w:r>
          </w:p>
        </w:tc>
        <w:tc>
          <w:tcPr>
            <w:tcW w:w="3240" w:type="dxa"/>
            <w:vAlign w:val="center"/>
          </w:tcPr>
          <w:p w14:paraId="11C0A903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Aditya Sahu; </w:t>
            </w:r>
          </w:p>
          <w:p w14:paraId="25E1F37F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Prakhar Nayak;  </w:t>
            </w:r>
          </w:p>
          <w:p w14:paraId="0B9480A9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Harjot Singh Sandhu; </w:t>
            </w:r>
          </w:p>
          <w:p w14:paraId="595F2F23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MD Rehan Akhtar; </w:t>
            </w:r>
          </w:p>
          <w:p w14:paraId="2351D126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Anmol Nayak; </w:t>
            </w:r>
          </w:p>
          <w:p w14:paraId="3DC44087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Soumay Kumar Dixena; </w:t>
            </w:r>
          </w:p>
          <w:p w14:paraId="7F1CEF51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Aniket Singh Chandel; </w:t>
            </w:r>
          </w:p>
          <w:p w14:paraId="28E2B8D4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Anuj Agrawal; </w:t>
            </w:r>
          </w:p>
          <w:p w14:paraId="5902D728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Ayush Jha; </w:t>
            </w:r>
          </w:p>
          <w:p w14:paraId="267A0153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MD Farhan Akhtar; </w:t>
            </w:r>
          </w:p>
          <w:p w14:paraId="3B3ED5C4" w14:textId="77777777" w:rsidR="007F09C3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 xml:space="preserve">Saksham Tiwari; </w:t>
            </w:r>
          </w:p>
          <w:p w14:paraId="518DB96D" w14:textId="3191A39F" w:rsidR="005A512E" w:rsidRDefault="00357B7C" w:rsidP="007F09C3">
            <w:pPr>
              <w:pStyle w:val="ListParagraph"/>
              <w:numPr>
                <w:ilvl w:val="0"/>
                <w:numId w:val="13"/>
              </w:numPr>
            </w:pPr>
            <w:r>
              <w:t>Vikas Kumar Choudhary</w:t>
            </w:r>
          </w:p>
        </w:tc>
        <w:tc>
          <w:tcPr>
            <w:tcW w:w="2700" w:type="dxa"/>
            <w:vAlign w:val="center"/>
          </w:tcPr>
          <w:p w14:paraId="450F66C2" w14:textId="77777777" w:rsidR="005A512E" w:rsidRDefault="00357B7C">
            <w:r>
              <w:rPr>
                <w:rFonts w:ascii="Segoe UI Emoji" w:hAnsi="Segoe UI Emoji" w:cs="Segoe UI Emoji"/>
              </w:rPr>
              <w:t>🥇</w:t>
            </w:r>
            <w:r>
              <w:t xml:space="preserve"> Gold</w:t>
            </w:r>
          </w:p>
        </w:tc>
      </w:tr>
    </w:tbl>
    <w:p w14:paraId="6627EB6B" w14:textId="77777777" w:rsidR="005A512E" w:rsidRDefault="005A512E"/>
    <w:p w14:paraId="14345875" w14:textId="77777777" w:rsidR="007F09C3" w:rsidRDefault="007F09C3">
      <w:pPr>
        <w:jc w:val="center"/>
        <w:rPr>
          <w:b/>
        </w:rPr>
      </w:pPr>
    </w:p>
    <w:p w14:paraId="1CA1EE9E" w14:textId="77777777" w:rsidR="007F09C3" w:rsidRDefault="007F09C3">
      <w:pPr>
        <w:jc w:val="center"/>
        <w:rPr>
          <w:b/>
        </w:rPr>
      </w:pPr>
    </w:p>
    <w:p w14:paraId="247F6813" w14:textId="3732382D" w:rsidR="005A512E" w:rsidRDefault="00357B7C">
      <w:pPr>
        <w:jc w:val="center"/>
      </w:pPr>
      <w:r>
        <w:rPr>
          <w:b/>
        </w:rPr>
        <w:lastRenderedPageBreak/>
        <w:t>Age-group Medal Totals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2160"/>
        <w:gridCol w:w="1800"/>
        <w:gridCol w:w="1980"/>
        <w:gridCol w:w="3060"/>
      </w:tblGrid>
      <w:tr w:rsidR="005A512E" w14:paraId="76B2A21A" w14:textId="77777777" w:rsidTr="00387D2D">
        <w:trPr>
          <w:jc w:val="center"/>
        </w:trPr>
        <w:tc>
          <w:tcPr>
            <w:tcW w:w="1800" w:type="dxa"/>
          </w:tcPr>
          <w:p w14:paraId="46C87293" w14:textId="77777777" w:rsidR="005A512E" w:rsidRDefault="00357B7C" w:rsidP="00387D2D">
            <w:pPr>
              <w:jc w:val="center"/>
            </w:pPr>
            <w:r>
              <w:rPr>
                <w:b/>
              </w:rPr>
              <w:t>Age Group</w:t>
            </w:r>
          </w:p>
        </w:tc>
        <w:tc>
          <w:tcPr>
            <w:tcW w:w="2160" w:type="dxa"/>
          </w:tcPr>
          <w:p w14:paraId="12E04ACB" w14:textId="77777777" w:rsidR="005A512E" w:rsidRDefault="00357B7C" w:rsidP="00387D2D">
            <w:pPr>
              <w:jc w:val="center"/>
            </w:pPr>
            <w:r>
              <w:rPr>
                <w:b/>
              </w:rPr>
              <w:t>Individual Medals</w:t>
            </w:r>
          </w:p>
        </w:tc>
        <w:tc>
          <w:tcPr>
            <w:tcW w:w="1800" w:type="dxa"/>
          </w:tcPr>
          <w:p w14:paraId="41A21BF9" w14:textId="77777777" w:rsidR="005A512E" w:rsidRDefault="00357B7C" w:rsidP="00387D2D">
            <w:pPr>
              <w:jc w:val="center"/>
            </w:pPr>
            <w:r>
              <w:rPr>
                <w:b/>
              </w:rPr>
              <w:t>Team Medals</w:t>
            </w:r>
          </w:p>
        </w:tc>
        <w:tc>
          <w:tcPr>
            <w:tcW w:w="1980" w:type="dxa"/>
          </w:tcPr>
          <w:p w14:paraId="0317EB37" w14:textId="77777777" w:rsidR="005A512E" w:rsidRDefault="00357B7C" w:rsidP="00387D2D">
            <w:pPr>
              <w:jc w:val="center"/>
            </w:pPr>
            <w:r>
              <w:rPr>
                <w:b/>
              </w:rPr>
              <w:t>Total Medals</w:t>
            </w:r>
          </w:p>
        </w:tc>
        <w:tc>
          <w:tcPr>
            <w:tcW w:w="3060" w:type="dxa"/>
          </w:tcPr>
          <w:p w14:paraId="47A74298" w14:textId="77777777" w:rsidR="005A512E" w:rsidRDefault="00357B7C" w:rsidP="00387D2D">
            <w:pPr>
              <w:jc w:val="center"/>
            </w:pPr>
            <w:r>
              <w:rPr>
                <w:b/>
              </w:rPr>
              <w:t>Gold | Silver | Bronze</w:t>
            </w:r>
          </w:p>
        </w:tc>
      </w:tr>
      <w:tr w:rsidR="005A512E" w14:paraId="6EECFEE0" w14:textId="77777777" w:rsidTr="00387D2D">
        <w:trPr>
          <w:jc w:val="center"/>
        </w:trPr>
        <w:tc>
          <w:tcPr>
            <w:tcW w:w="1800" w:type="dxa"/>
          </w:tcPr>
          <w:p w14:paraId="3E01AAF8" w14:textId="77777777" w:rsidR="005A512E" w:rsidRDefault="00357B7C" w:rsidP="00387D2D">
            <w:pPr>
              <w:jc w:val="center"/>
            </w:pPr>
            <w:r>
              <w:t>U-14</w:t>
            </w:r>
          </w:p>
        </w:tc>
        <w:tc>
          <w:tcPr>
            <w:tcW w:w="2160" w:type="dxa"/>
          </w:tcPr>
          <w:p w14:paraId="6108B8BE" w14:textId="40B94D47" w:rsidR="005A512E" w:rsidRDefault="00357B7C" w:rsidP="00387D2D">
            <w:pPr>
              <w:jc w:val="center"/>
            </w:pPr>
            <w:r>
              <w:t>1</w:t>
            </w:r>
            <w:r w:rsidR="00587EE5">
              <w:t>5</w:t>
            </w:r>
          </w:p>
        </w:tc>
        <w:tc>
          <w:tcPr>
            <w:tcW w:w="1800" w:type="dxa"/>
          </w:tcPr>
          <w:p w14:paraId="26A44A42" w14:textId="77777777" w:rsidR="005A512E" w:rsidRDefault="00357B7C" w:rsidP="00387D2D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07C19BC6" w14:textId="5DB3A183" w:rsidR="005A512E" w:rsidRDefault="00357B7C" w:rsidP="00387D2D">
            <w:pPr>
              <w:jc w:val="center"/>
            </w:pPr>
            <w:r>
              <w:t>1</w:t>
            </w:r>
            <w:r w:rsidR="000C7E3C">
              <w:t>7</w:t>
            </w:r>
          </w:p>
        </w:tc>
        <w:tc>
          <w:tcPr>
            <w:tcW w:w="3060" w:type="dxa"/>
          </w:tcPr>
          <w:p w14:paraId="2981AD95" w14:textId="18237959" w:rsidR="005A512E" w:rsidRDefault="00357B7C" w:rsidP="00387D2D">
            <w:pPr>
              <w:jc w:val="center"/>
            </w:pPr>
            <w:r>
              <w:t xml:space="preserve">6 | 7 | </w:t>
            </w:r>
            <w:r w:rsidR="000C7E3C">
              <w:t>4</w:t>
            </w:r>
          </w:p>
        </w:tc>
      </w:tr>
      <w:tr w:rsidR="005A512E" w14:paraId="5287A84D" w14:textId="77777777" w:rsidTr="00387D2D">
        <w:trPr>
          <w:jc w:val="center"/>
        </w:trPr>
        <w:tc>
          <w:tcPr>
            <w:tcW w:w="1800" w:type="dxa"/>
          </w:tcPr>
          <w:p w14:paraId="14FAB7BC" w14:textId="77777777" w:rsidR="005A512E" w:rsidRDefault="00357B7C" w:rsidP="00387D2D">
            <w:pPr>
              <w:jc w:val="center"/>
            </w:pPr>
            <w:r>
              <w:t>U-17</w:t>
            </w:r>
          </w:p>
        </w:tc>
        <w:tc>
          <w:tcPr>
            <w:tcW w:w="2160" w:type="dxa"/>
          </w:tcPr>
          <w:p w14:paraId="7167718C" w14:textId="53C834FF" w:rsidR="005A512E" w:rsidRDefault="004A4428" w:rsidP="00387D2D">
            <w:pPr>
              <w:jc w:val="center"/>
            </w:pPr>
            <w:r>
              <w:t>11</w:t>
            </w:r>
          </w:p>
        </w:tc>
        <w:tc>
          <w:tcPr>
            <w:tcW w:w="1800" w:type="dxa"/>
          </w:tcPr>
          <w:p w14:paraId="287C084A" w14:textId="77777777" w:rsidR="005A512E" w:rsidRDefault="00357B7C" w:rsidP="00387D2D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3956BF3F" w14:textId="71D8071A" w:rsidR="005A512E" w:rsidRDefault="00357B7C" w:rsidP="00387D2D">
            <w:pPr>
              <w:jc w:val="center"/>
            </w:pPr>
            <w:r>
              <w:t>1</w:t>
            </w:r>
            <w:r w:rsidR="002D5996">
              <w:t>4</w:t>
            </w:r>
          </w:p>
        </w:tc>
        <w:tc>
          <w:tcPr>
            <w:tcW w:w="3060" w:type="dxa"/>
          </w:tcPr>
          <w:p w14:paraId="4FF3AED9" w14:textId="38A91755" w:rsidR="005A512E" w:rsidRDefault="00357B7C" w:rsidP="00387D2D">
            <w:pPr>
              <w:jc w:val="center"/>
            </w:pPr>
            <w:r>
              <w:t xml:space="preserve">6 | </w:t>
            </w:r>
            <w:r w:rsidR="002D5996">
              <w:t>6</w:t>
            </w:r>
            <w:r>
              <w:t xml:space="preserve"> | </w:t>
            </w:r>
            <w:r w:rsidR="002D5996">
              <w:t>2</w:t>
            </w:r>
          </w:p>
        </w:tc>
      </w:tr>
      <w:tr w:rsidR="005A512E" w14:paraId="2874F583" w14:textId="77777777" w:rsidTr="00387D2D">
        <w:trPr>
          <w:jc w:val="center"/>
        </w:trPr>
        <w:tc>
          <w:tcPr>
            <w:tcW w:w="1800" w:type="dxa"/>
          </w:tcPr>
          <w:p w14:paraId="39507A46" w14:textId="77777777" w:rsidR="005A512E" w:rsidRDefault="00357B7C" w:rsidP="00387D2D">
            <w:pPr>
              <w:jc w:val="center"/>
            </w:pPr>
            <w:r>
              <w:t>U-19</w:t>
            </w:r>
          </w:p>
        </w:tc>
        <w:tc>
          <w:tcPr>
            <w:tcW w:w="2160" w:type="dxa"/>
          </w:tcPr>
          <w:p w14:paraId="5F6FA346" w14:textId="77777777" w:rsidR="005A512E" w:rsidRDefault="00357B7C" w:rsidP="00387D2D">
            <w:pPr>
              <w:jc w:val="center"/>
            </w:pPr>
            <w:r>
              <w:t>4</w:t>
            </w:r>
          </w:p>
        </w:tc>
        <w:tc>
          <w:tcPr>
            <w:tcW w:w="1800" w:type="dxa"/>
          </w:tcPr>
          <w:p w14:paraId="58D79815" w14:textId="77777777" w:rsidR="005A512E" w:rsidRDefault="00357B7C" w:rsidP="00387D2D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61F24DCB" w14:textId="77777777" w:rsidR="005A512E" w:rsidRDefault="00357B7C" w:rsidP="00387D2D">
            <w:pPr>
              <w:jc w:val="center"/>
            </w:pPr>
            <w:r>
              <w:t>5</w:t>
            </w:r>
          </w:p>
        </w:tc>
        <w:tc>
          <w:tcPr>
            <w:tcW w:w="3060" w:type="dxa"/>
          </w:tcPr>
          <w:p w14:paraId="279F61BA" w14:textId="77777777" w:rsidR="005A512E" w:rsidRDefault="00357B7C" w:rsidP="00387D2D">
            <w:pPr>
              <w:jc w:val="center"/>
            </w:pPr>
            <w:r>
              <w:t>2 | 3 | 0</w:t>
            </w:r>
          </w:p>
        </w:tc>
      </w:tr>
      <w:tr w:rsidR="005A512E" w14:paraId="130866A6" w14:textId="77777777" w:rsidTr="00387D2D">
        <w:trPr>
          <w:jc w:val="center"/>
        </w:trPr>
        <w:tc>
          <w:tcPr>
            <w:tcW w:w="1800" w:type="dxa"/>
          </w:tcPr>
          <w:p w14:paraId="29FB6D5F" w14:textId="77777777" w:rsidR="005A512E" w:rsidRDefault="00357B7C" w:rsidP="00387D2D">
            <w:pPr>
              <w:jc w:val="center"/>
            </w:pPr>
            <w:r>
              <w:t>TOTAL</w:t>
            </w:r>
          </w:p>
        </w:tc>
        <w:tc>
          <w:tcPr>
            <w:tcW w:w="2160" w:type="dxa"/>
          </w:tcPr>
          <w:p w14:paraId="2D9F93A1" w14:textId="1D8F14FF" w:rsidR="005A512E" w:rsidRDefault="00FE1755" w:rsidP="00387D2D">
            <w:pPr>
              <w:jc w:val="center"/>
            </w:pPr>
            <w:r>
              <w:t>30</w:t>
            </w:r>
          </w:p>
        </w:tc>
        <w:tc>
          <w:tcPr>
            <w:tcW w:w="1800" w:type="dxa"/>
          </w:tcPr>
          <w:p w14:paraId="5DEF5137" w14:textId="77777777" w:rsidR="005A512E" w:rsidRDefault="00357B7C" w:rsidP="00387D2D">
            <w:pPr>
              <w:jc w:val="center"/>
            </w:pPr>
            <w:r>
              <w:t>6</w:t>
            </w:r>
          </w:p>
        </w:tc>
        <w:tc>
          <w:tcPr>
            <w:tcW w:w="1980" w:type="dxa"/>
          </w:tcPr>
          <w:p w14:paraId="410BA0FE" w14:textId="374C16FE" w:rsidR="005A512E" w:rsidRDefault="00357B7C" w:rsidP="00387D2D">
            <w:pPr>
              <w:jc w:val="center"/>
            </w:pPr>
            <w:r>
              <w:t>3</w:t>
            </w:r>
            <w:r w:rsidR="00970D89">
              <w:t>6</w:t>
            </w:r>
          </w:p>
        </w:tc>
        <w:tc>
          <w:tcPr>
            <w:tcW w:w="3060" w:type="dxa"/>
          </w:tcPr>
          <w:p w14:paraId="762C0D55" w14:textId="2863FE90" w:rsidR="005A512E" w:rsidRDefault="00357B7C" w:rsidP="00387D2D">
            <w:pPr>
              <w:jc w:val="center"/>
            </w:pPr>
            <w:r>
              <w:t>14 | 1</w:t>
            </w:r>
            <w:r w:rsidR="00970D89">
              <w:t>6</w:t>
            </w:r>
            <w:r>
              <w:t xml:space="preserve"> | </w:t>
            </w:r>
            <w:r w:rsidR="00970D89">
              <w:t>6</w:t>
            </w:r>
          </w:p>
        </w:tc>
      </w:tr>
    </w:tbl>
    <w:p w14:paraId="39523583" w14:textId="77777777" w:rsidR="00E35346" w:rsidRDefault="00E35346">
      <w:pPr>
        <w:jc w:val="center"/>
        <w:rPr>
          <w:b/>
        </w:rPr>
      </w:pPr>
    </w:p>
    <w:p w14:paraId="4456B004" w14:textId="410A0AEE" w:rsidR="005A512E" w:rsidRPr="00415A67" w:rsidRDefault="00357B7C">
      <w:pPr>
        <w:jc w:val="center"/>
        <w:rPr>
          <w:sz w:val="36"/>
          <w:szCs w:val="36"/>
        </w:rPr>
      </w:pPr>
      <w:r w:rsidRPr="00415A67">
        <w:rPr>
          <w:b/>
          <w:sz w:val="36"/>
          <w:szCs w:val="36"/>
        </w:rPr>
        <w:t xml:space="preserve">Overall: 🥇 14 Gold | 🥈 16 Silver | 🥉 </w:t>
      </w:r>
      <w:r w:rsidR="0014284F" w:rsidRPr="00415A67">
        <w:rPr>
          <w:b/>
          <w:sz w:val="36"/>
          <w:szCs w:val="36"/>
        </w:rPr>
        <w:t>6</w:t>
      </w:r>
      <w:r w:rsidRPr="00415A67">
        <w:rPr>
          <w:b/>
          <w:sz w:val="36"/>
          <w:szCs w:val="36"/>
        </w:rPr>
        <w:t xml:space="preserve"> Bronze = 3</w:t>
      </w:r>
      <w:r w:rsidR="0014284F" w:rsidRPr="00415A67">
        <w:rPr>
          <w:b/>
          <w:sz w:val="36"/>
          <w:szCs w:val="36"/>
        </w:rPr>
        <w:t>6</w:t>
      </w:r>
      <w:r w:rsidRPr="00415A67">
        <w:rPr>
          <w:b/>
          <w:sz w:val="36"/>
          <w:szCs w:val="36"/>
        </w:rPr>
        <w:t xml:space="preserve"> Medals</w:t>
      </w:r>
    </w:p>
    <w:p w14:paraId="72C45021" w14:textId="4C3AE711" w:rsidR="00E06153" w:rsidRPr="005535A8" w:rsidRDefault="00E06153" w:rsidP="005535A8">
      <w:pPr>
        <w:jc w:val="center"/>
        <w:rPr>
          <w:b/>
          <w:bCs/>
          <w:sz w:val="40"/>
          <w:szCs w:val="40"/>
          <w:lang w:val="en-IN"/>
        </w:rPr>
      </w:pPr>
      <w:r w:rsidRPr="005535A8">
        <w:rPr>
          <w:b/>
          <w:bCs/>
          <w:sz w:val="40"/>
          <w:szCs w:val="40"/>
          <w:lang w:val="en-IN"/>
        </w:rPr>
        <w:t>Direct Entry Participants</w:t>
      </w:r>
      <w:r w:rsidR="00F6528A">
        <w:rPr>
          <w:b/>
          <w:bCs/>
          <w:sz w:val="40"/>
          <w:szCs w:val="40"/>
          <w:lang w:val="en-IN"/>
        </w:rPr>
        <w:t>-7</w:t>
      </w:r>
    </w:p>
    <w:tbl>
      <w:tblPr>
        <w:tblW w:w="1050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"/>
        <w:gridCol w:w="3218"/>
        <w:gridCol w:w="2135"/>
        <w:gridCol w:w="2158"/>
        <w:gridCol w:w="2041"/>
      </w:tblGrid>
      <w:tr w:rsidR="00E06153" w:rsidRPr="00E06153" w14:paraId="5A2F77F3" w14:textId="77777777" w:rsidTr="00F6528A">
        <w:trPr>
          <w:trHeight w:val="518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42ED5C" w14:textId="77777777" w:rsidR="00E06153" w:rsidRPr="00E06153" w:rsidRDefault="00E06153" w:rsidP="008D140C">
            <w:pPr>
              <w:jc w:val="center"/>
              <w:rPr>
                <w:b/>
                <w:bCs/>
                <w:lang w:val="en-IN"/>
              </w:rPr>
            </w:pPr>
            <w:r w:rsidRPr="00E06153">
              <w:rPr>
                <w:b/>
                <w:bCs/>
                <w:lang w:val="en-IN"/>
              </w:rPr>
              <w:t>S. No.</w:t>
            </w:r>
          </w:p>
        </w:tc>
        <w:tc>
          <w:tcPr>
            <w:tcW w:w="0" w:type="auto"/>
            <w:vAlign w:val="center"/>
            <w:hideMark/>
          </w:tcPr>
          <w:p w14:paraId="5298C780" w14:textId="77777777" w:rsidR="00E06153" w:rsidRPr="00E06153" w:rsidRDefault="00E06153" w:rsidP="00E06153">
            <w:pPr>
              <w:rPr>
                <w:b/>
                <w:bCs/>
                <w:lang w:val="en-IN"/>
              </w:rPr>
            </w:pPr>
            <w:r w:rsidRPr="00E06153">
              <w:rPr>
                <w:b/>
                <w:bCs/>
                <w:lang w:val="en-IN"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4A2A54B0" w14:textId="77777777" w:rsidR="00E06153" w:rsidRPr="00E06153" w:rsidRDefault="00E06153" w:rsidP="00E06153">
            <w:pPr>
              <w:rPr>
                <w:b/>
                <w:bCs/>
                <w:lang w:val="en-IN"/>
              </w:rPr>
            </w:pPr>
            <w:r w:rsidRPr="00E06153">
              <w:rPr>
                <w:b/>
                <w:bCs/>
                <w:lang w:val="en-IN"/>
              </w:rPr>
              <w:t>Age Category</w:t>
            </w:r>
          </w:p>
        </w:tc>
        <w:tc>
          <w:tcPr>
            <w:tcW w:w="0" w:type="auto"/>
            <w:vAlign w:val="center"/>
            <w:hideMark/>
          </w:tcPr>
          <w:p w14:paraId="54FFBFF3" w14:textId="77777777" w:rsidR="00E06153" w:rsidRPr="00E06153" w:rsidRDefault="00E06153" w:rsidP="00E06153">
            <w:pPr>
              <w:rPr>
                <w:b/>
                <w:bCs/>
                <w:lang w:val="en-IN"/>
              </w:rPr>
            </w:pPr>
            <w:r w:rsidRPr="00E06153">
              <w:rPr>
                <w:b/>
                <w:bCs/>
                <w:lang w:val="en-IN"/>
              </w:rPr>
              <w:t>Event</w:t>
            </w:r>
          </w:p>
        </w:tc>
        <w:tc>
          <w:tcPr>
            <w:tcW w:w="0" w:type="auto"/>
            <w:vAlign w:val="center"/>
            <w:hideMark/>
          </w:tcPr>
          <w:p w14:paraId="7273A936" w14:textId="77777777" w:rsidR="00E06153" w:rsidRPr="00E06153" w:rsidRDefault="00E06153" w:rsidP="00E06153">
            <w:pPr>
              <w:rPr>
                <w:b/>
                <w:bCs/>
                <w:lang w:val="en-IN"/>
              </w:rPr>
            </w:pPr>
            <w:r w:rsidRPr="00E06153">
              <w:rPr>
                <w:b/>
                <w:bCs/>
                <w:lang w:val="en-IN"/>
              </w:rPr>
              <w:t>Subcategory</w:t>
            </w:r>
          </w:p>
        </w:tc>
      </w:tr>
      <w:tr w:rsidR="00E06153" w:rsidRPr="00E06153" w14:paraId="7FCBDE49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6A197E84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17749A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Abhiti Sahu</w:t>
            </w:r>
          </w:p>
        </w:tc>
        <w:tc>
          <w:tcPr>
            <w:tcW w:w="0" w:type="auto"/>
            <w:vAlign w:val="center"/>
            <w:hideMark/>
          </w:tcPr>
          <w:p w14:paraId="71E1324D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U-14 Girls</w:t>
            </w:r>
          </w:p>
        </w:tc>
        <w:tc>
          <w:tcPr>
            <w:tcW w:w="0" w:type="auto"/>
            <w:vAlign w:val="center"/>
            <w:hideMark/>
          </w:tcPr>
          <w:p w14:paraId="6753A5A3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Boxing</w:t>
            </w:r>
          </w:p>
        </w:tc>
        <w:tc>
          <w:tcPr>
            <w:tcW w:w="0" w:type="auto"/>
            <w:vAlign w:val="center"/>
            <w:hideMark/>
          </w:tcPr>
          <w:p w14:paraId="0F064D30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46–48 kg</w:t>
            </w:r>
          </w:p>
        </w:tc>
      </w:tr>
      <w:tr w:rsidR="00E06153" w:rsidRPr="00E06153" w14:paraId="58314005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4B1B8B08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B19D20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Akanksha</w:t>
            </w:r>
          </w:p>
        </w:tc>
        <w:tc>
          <w:tcPr>
            <w:tcW w:w="0" w:type="auto"/>
            <w:vAlign w:val="center"/>
            <w:hideMark/>
          </w:tcPr>
          <w:p w14:paraId="0AE5D20F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U-14 Girls</w:t>
            </w:r>
          </w:p>
        </w:tc>
        <w:tc>
          <w:tcPr>
            <w:tcW w:w="0" w:type="auto"/>
            <w:vAlign w:val="center"/>
            <w:hideMark/>
          </w:tcPr>
          <w:p w14:paraId="2DB83FA0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Boxing</w:t>
            </w:r>
          </w:p>
        </w:tc>
        <w:tc>
          <w:tcPr>
            <w:tcW w:w="0" w:type="auto"/>
            <w:vAlign w:val="center"/>
            <w:hideMark/>
          </w:tcPr>
          <w:p w14:paraId="106D9D1E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32–34 kg</w:t>
            </w:r>
          </w:p>
        </w:tc>
      </w:tr>
      <w:tr w:rsidR="00E06153" w:rsidRPr="00E06153" w14:paraId="7412AE66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7471DB87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FFB078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Pallavi Singh</w:t>
            </w:r>
          </w:p>
        </w:tc>
        <w:tc>
          <w:tcPr>
            <w:tcW w:w="0" w:type="auto"/>
            <w:vAlign w:val="center"/>
            <w:hideMark/>
          </w:tcPr>
          <w:p w14:paraId="4221D11F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U-14 Girls</w:t>
            </w:r>
          </w:p>
        </w:tc>
        <w:tc>
          <w:tcPr>
            <w:tcW w:w="0" w:type="auto"/>
            <w:vAlign w:val="center"/>
            <w:hideMark/>
          </w:tcPr>
          <w:p w14:paraId="266070D3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Boxing</w:t>
            </w:r>
          </w:p>
        </w:tc>
        <w:tc>
          <w:tcPr>
            <w:tcW w:w="0" w:type="auto"/>
            <w:vAlign w:val="center"/>
            <w:hideMark/>
          </w:tcPr>
          <w:p w14:paraId="5CD50AF8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42–44 kg</w:t>
            </w:r>
          </w:p>
        </w:tc>
      </w:tr>
      <w:tr w:rsidR="00E06153" w:rsidRPr="00E06153" w14:paraId="2C6C1569" w14:textId="77777777" w:rsidTr="00F6528A">
        <w:trPr>
          <w:trHeight w:val="534"/>
          <w:tblCellSpacing w:w="15" w:type="dxa"/>
        </w:trPr>
        <w:tc>
          <w:tcPr>
            <w:tcW w:w="0" w:type="auto"/>
            <w:vAlign w:val="center"/>
            <w:hideMark/>
          </w:tcPr>
          <w:p w14:paraId="0BB964E3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60063F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Priyanshu Raj</w:t>
            </w:r>
          </w:p>
        </w:tc>
        <w:tc>
          <w:tcPr>
            <w:tcW w:w="0" w:type="auto"/>
            <w:vAlign w:val="center"/>
            <w:hideMark/>
          </w:tcPr>
          <w:p w14:paraId="18DC780E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U-17 Boys</w:t>
            </w:r>
          </w:p>
        </w:tc>
        <w:tc>
          <w:tcPr>
            <w:tcW w:w="0" w:type="auto"/>
            <w:vAlign w:val="center"/>
            <w:hideMark/>
          </w:tcPr>
          <w:p w14:paraId="5CF66A68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Taekwondo</w:t>
            </w:r>
          </w:p>
        </w:tc>
        <w:tc>
          <w:tcPr>
            <w:tcW w:w="0" w:type="auto"/>
            <w:vAlign w:val="center"/>
            <w:hideMark/>
          </w:tcPr>
          <w:p w14:paraId="745CEFE5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Above 78 kg</w:t>
            </w:r>
          </w:p>
        </w:tc>
      </w:tr>
      <w:tr w:rsidR="00E06153" w:rsidRPr="00E06153" w14:paraId="649DCA32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497E224E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F6D6EB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Divjot Singh Sandhu</w:t>
            </w:r>
          </w:p>
        </w:tc>
        <w:tc>
          <w:tcPr>
            <w:tcW w:w="0" w:type="auto"/>
            <w:vAlign w:val="center"/>
            <w:hideMark/>
          </w:tcPr>
          <w:p w14:paraId="469F9AE9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U-17 Boys</w:t>
            </w:r>
          </w:p>
        </w:tc>
        <w:tc>
          <w:tcPr>
            <w:tcW w:w="0" w:type="auto"/>
            <w:vAlign w:val="center"/>
            <w:hideMark/>
          </w:tcPr>
          <w:p w14:paraId="7406B68E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Weight Lifting</w:t>
            </w:r>
          </w:p>
        </w:tc>
        <w:tc>
          <w:tcPr>
            <w:tcW w:w="0" w:type="auto"/>
            <w:vAlign w:val="center"/>
            <w:hideMark/>
          </w:tcPr>
          <w:p w14:paraId="40966497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Below 88 kg</w:t>
            </w:r>
          </w:p>
        </w:tc>
      </w:tr>
      <w:tr w:rsidR="00E06153" w:rsidRPr="00E06153" w14:paraId="18C9CE5D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1462DC19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A26F31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Kanak Chaturvedi</w:t>
            </w:r>
          </w:p>
        </w:tc>
        <w:tc>
          <w:tcPr>
            <w:tcW w:w="0" w:type="auto"/>
            <w:vAlign w:val="center"/>
            <w:hideMark/>
          </w:tcPr>
          <w:p w14:paraId="059088EA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U-17 Girls</w:t>
            </w:r>
          </w:p>
        </w:tc>
        <w:tc>
          <w:tcPr>
            <w:tcW w:w="0" w:type="auto"/>
            <w:vAlign w:val="center"/>
            <w:hideMark/>
          </w:tcPr>
          <w:p w14:paraId="14E131E2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Boxing</w:t>
            </w:r>
          </w:p>
        </w:tc>
        <w:tc>
          <w:tcPr>
            <w:tcW w:w="0" w:type="auto"/>
            <w:vAlign w:val="center"/>
            <w:hideMark/>
          </w:tcPr>
          <w:p w14:paraId="1E435969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63–66 kg</w:t>
            </w:r>
          </w:p>
        </w:tc>
      </w:tr>
      <w:tr w:rsidR="00E06153" w:rsidRPr="00E06153" w14:paraId="626CFFDA" w14:textId="77777777" w:rsidTr="00F6528A">
        <w:trPr>
          <w:trHeight w:val="518"/>
          <w:tblCellSpacing w:w="15" w:type="dxa"/>
        </w:trPr>
        <w:tc>
          <w:tcPr>
            <w:tcW w:w="0" w:type="auto"/>
            <w:vAlign w:val="center"/>
            <w:hideMark/>
          </w:tcPr>
          <w:p w14:paraId="10FE88A0" w14:textId="77777777" w:rsidR="00E06153" w:rsidRPr="00E06153" w:rsidRDefault="00E06153" w:rsidP="008D140C">
            <w:pPr>
              <w:jc w:val="center"/>
              <w:rPr>
                <w:lang w:val="en-IN"/>
              </w:rPr>
            </w:pPr>
            <w:r w:rsidRPr="00E06153">
              <w:rPr>
                <w:lang w:val="en-I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CC1681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b/>
                <w:bCs/>
                <w:lang w:val="en-IN"/>
              </w:rPr>
              <w:t>Vaishnavi Kashyap</w:t>
            </w:r>
          </w:p>
        </w:tc>
        <w:tc>
          <w:tcPr>
            <w:tcW w:w="0" w:type="auto"/>
            <w:vAlign w:val="center"/>
            <w:hideMark/>
          </w:tcPr>
          <w:p w14:paraId="23880511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U-17 Girls</w:t>
            </w:r>
          </w:p>
        </w:tc>
        <w:tc>
          <w:tcPr>
            <w:tcW w:w="0" w:type="auto"/>
            <w:vAlign w:val="center"/>
            <w:hideMark/>
          </w:tcPr>
          <w:p w14:paraId="34372B7A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Boxing</w:t>
            </w:r>
          </w:p>
        </w:tc>
        <w:tc>
          <w:tcPr>
            <w:tcW w:w="0" w:type="auto"/>
            <w:vAlign w:val="center"/>
            <w:hideMark/>
          </w:tcPr>
          <w:p w14:paraId="438BBA0B" w14:textId="77777777" w:rsidR="00E06153" w:rsidRPr="00E06153" w:rsidRDefault="00E06153" w:rsidP="00E06153">
            <w:pPr>
              <w:rPr>
                <w:lang w:val="en-IN"/>
              </w:rPr>
            </w:pPr>
            <w:r w:rsidRPr="00E06153">
              <w:rPr>
                <w:lang w:val="en-IN"/>
              </w:rPr>
              <w:t>70–75 kg</w:t>
            </w:r>
          </w:p>
        </w:tc>
      </w:tr>
    </w:tbl>
    <w:p w14:paraId="0AA02F75" w14:textId="1D7903CE" w:rsidR="00E06153" w:rsidRPr="00E06153" w:rsidRDefault="00697D61" w:rsidP="00E06153">
      <w:pPr>
        <w:rPr>
          <w:lang w:val="en-IN"/>
        </w:rPr>
      </w:pPr>
      <w:r>
        <w:rPr>
          <w:b/>
          <w:bCs/>
          <w:lang w:val="en-IN"/>
        </w:rPr>
        <w:t xml:space="preserve"> </w:t>
      </w:r>
    </w:p>
    <w:p w14:paraId="4CAB6EC1" w14:textId="1CEC520E" w:rsidR="005A512E" w:rsidRDefault="005535A8">
      <w:r>
        <w:rPr>
          <w:i/>
          <w:iCs/>
          <w:lang w:val="en-IN"/>
        </w:rPr>
        <w:t xml:space="preserve"> </w:t>
      </w:r>
    </w:p>
    <w:sectPr w:rsidR="005A512E" w:rsidSect="00034616">
      <w:pgSz w:w="12240" w:h="15840"/>
      <w:pgMar w:top="648" w:right="720" w:bottom="64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EE05D3"/>
    <w:multiLevelType w:val="hybridMultilevel"/>
    <w:tmpl w:val="6298E75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797D50"/>
    <w:multiLevelType w:val="hybridMultilevel"/>
    <w:tmpl w:val="512EBF7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F5CCC"/>
    <w:multiLevelType w:val="hybridMultilevel"/>
    <w:tmpl w:val="7B5029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82EEC"/>
    <w:multiLevelType w:val="hybridMultilevel"/>
    <w:tmpl w:val="A8BCE94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D336C"/>
    <w:multiLevelType w:val="hybridMultilevel"/>
    <w:tmpl w:val="FADED75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EC63C8"/>
    <w:multiLevelType w:val="hybridMultilevel"/>
    <w:tmpl w:val="76B4614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566125">
    <w:abstractNumId w:val="8"/>
  </w:num>
  <w:num w:numId="2" w16cid:durableId="1028719005">
    <w:abstractNumId w:val="6"/>
  </w:num>
  <w:num w:numId="3" w16cid:durableId="1628664249">
    <w:abstractNumId w:val="5"/>
  </w:num>
  <w:num w:numId="4" w16cid:durableId="410544218">
    <w:abstractNumId w:val="4"/>
  </w:num>
  <w:num w:numId="5" w16cid:durableId="1281960528">
    <w:abstractNumId w:val="7"/>
  </w:num>
  <w:num w:numId="6" w16cid:durableId="1258367167">
    <w:abstractNumId w:val="3"/>
  </w:num>
  <w:num w:numId="7" w16cid:durableId="1796946903">
    <w:abstractNumId w:val="2"/>
  </w:num>
  <w:num w:numId="8" w16cid:durableId="2054767994">
    <w:abstractNumId w:val="1"/>
  </w:num>
  <w:num w:numId="9" w16cid:durableId="1914122222">
    <w:abstractNumId w:val="0"/>
  </w:num>
  <w:num w:numId="10" w16cid:durableId="1010958474">
    <w:abstractNumId w:val="13"/>
  </w:num>
  <w:num w:numId="11" w16cid:durableId="19209686">
    <w:abstractNumId w:val="12"/>
  </w:num>
  <w:num w:numId="12" w16cid:durableId="411240716">
    <w:abstractNumId w:val="11"/>
  </w:num>
  <w:num w:numId="13" w16cid:durableId="1129468239">
    <w:abstractNumId w:val="10"/>
  </w:num>
  <w:num w:numId="14" w16cid:durableId="1283418348">
    <w:abstractNumId w:val="14"/>
  </w:num>
  <w:num w:numId="15" w16cid:durableId="4524791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7E3C"/>
    <w:rsid w:val="0014284F"/>
    <w:rsid w:val="0015074B"/>
    <w:rsid w:val="002532FC"/>
    <w:rsid w:val="0029639D"/>
    <w:rsid w:val="002D5996"/>
    <w:rsid w:val="00326F90"/>
    <w:rsid w:val="00357B7C"/>
    <w:rsid w:val="00364ED9"/>
    <w:rsid w:val="00387D2D"/>
    <w:rsid w:val="003B7AB9"/>
    <w:rsid w:val="003B7B38"/>
    <w:rsid w:val="003D3131"/>
    <w:rsid w:val="00415A67"/>
    <w:rsid w:val="004A4428"/>
    <w:rsid w:val="004F243A"/>
    <w:rsid w:val="004F6F34"/>
    <w:rsid w:val="00516B6A"/>
    <w:rsid w:val="005259B9"/>
    <w:rsid w:val="00535AE9"/>
    <w:rsid w:val="005535A8"/>
    <w:rsid w:val="00587EE5"/>
    <w:rsid w:val="005A512E"/>
    <w:rsid w:val="006372EF"/>
    <w:rsid w:val="006719A4"/>
    <w:rsid w:val="00697D61"/>
    <w:rsid w:val="007778F8"/>
    <w:rsid w:val="007C7B74"/>
    <w:rsid w:val="007F09C3"/>
    <w:rsid w:val="008D140C"/>
    <w:rsid w:val="00970D89"/>
    <w:rsid w:val="00AA1D8D"/>
    <w:rsid w:val="00B47730"/>
    <w:rsid w:val="00B81DAE"/>
    <w:rsid w:val="00BC2481"/>
    <w:rsid w:val="00C404BE"/>
    <w:rsid w:val="00C52196"/>
    <w:rsid w:val="00CB0664"/>
    <w:rsid w:val="00CE18EE"/>
    <w:rsid w:val="00D754CA"/>
    <w:rsid w:val="00E05127"/>
    <w:rsid w:val="00E06153"/>
    <w:rsid w:val="00E35346"/>
    <w:rsid w:val="00E532F8"/>
    <w:rsid w:val="00F6528A"/>
    <w:rsid w:val="00FC693F"/>
    <w:rsid w:val="00FE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533BC3EE-D45C-465C-BEFC-CD4C928E2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Arvind Chaddha</cp:lastModifiedBy>
  <cp:revision>38</cp:revision>
  <dcterms:created xsi:type="dcterms:W3CDTF">2013-12-23T23:15:00Z</dcterms:created>
  <dcterms:modified xsi:type="dcterms:W3CDTF">2026-09-09T04:59:00Z</dcterms:modified>
  <cp:category/>
</cp:coreProperties>
</file>